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72466" w:rsidRDefault="00A72466" w:rsidP="00A72466">
      <w:pPr>
        <w:pStyle w:val="NoSpacing"/>
        <w:rPr>
          <w:b/>
          <w:bCs/>
          <w:sz w:val="36"/>
          <w:szCs w:val="36"/>
        </w:rPr>
      </w:pPr>
    </w:p>
    <w:p w:rsidR="00A72466" w:rsidRDefault="00A72466" w:rsidP="00A72466">
      <w:pPr>
        <w:pStyle w:val="NoSpacing"/>
        <w:jc w:val="center"/>
        <w:rPr>
          <w:b/>
          <w:bCs/>
          <w:sz w:val="36"/>
          <w:szCs w:val="36"/>
        </w:rPr>
      </w:pPr>
    </w:p>
    <w:p w:rsidR="00A72466" w:rsidRDefault="00A72466" w:rsidP="00A72466">
      <w:pPr>
        <w:pStyle w:val="NoSpacing"/>
        <w:jc w:val="center"/>
        <w:rPr>
          <w:b/>
          <w:bCs/>
          <w:sz w:val="36"/>
          <w:szCs w:val="36"/>
        </w:rPr>
      </w:pPr>
      <w:r w:rsidRPr="00721A35">
        <w:rPr>
          <w:rFonts w:ascii="Times New Roman" w:hAnsi="Times New Roman" w:cs="Times New Roman"/>
          <w:noProof/>
        </w:rPr>
        <w:drawing>
          <wp:inline distT="0" distB="0" distL="0" distR="0" wp14:anchorId="580A3CC9" wp14:editId="1BCAD7F8">
            <wp:extent cx="1130300" cy="1097538"/>
            <wp:effectExtent l="0" t="0" r="0" b="7620"/>
            <wp:docPr id="1" name="Picture 1" descr="C:\Users\lameck's server\AppData\Local\Microsoft\Windows\INetCache\Content.Word\IC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meck's server\AppData\Local\Microsoft\Windows\INetCache\Content.Word\ICU.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51458" cy="1118083"/>
                    </a:xfrm>
                    <a:prstGeom prst="rect">
                      <a:avLst/>
                    </a:prstGeom>
                    <a:noFill/>
                    <a:ln>
                      <a:noFill/>
                    </a:ln>
                  </pic:spPr>
                </pic:pic>
              </a:graphicData>
            </a:graphic>
          </wp:inline>
        </w:drawing>
      </w:r>
    </w:p>
    <w:p w:rsidR="00A72466" w:rsidRDefault="00A72466" w:rsidP="00A72466">
      <w:pPr>
        <w:pStyle w:val="NoSpacing"/>
        <w:rPr>
          <w:b/>
          <w:bCs/>
          <w:sz w:val="36"/>
          <w:szCs w:val="36"/>
        </w:rPr>
      </w:pPr>
    </w:p>
    <w:p w:rsidR="00A72466" w:rsidRPr="00992F8E" w:rsidRDefault="00A72466" w:rsidP="00A72466">
      <w:pPr>
        <w:pStyle w:val="NoSpacing"/>
        <w:jc w:val="center"/>
        <w:rPr>
          <w:rFonts w:ascii="Times New Roman" w:hAnsi="Times New Roman" w:cs="Times New Roman"/>
          <w:b/>
          <w:bCs/>
          <w:sz w:val="36"/>
          <w:szCs w:val="36"/>
        </w:rPr>
      </w:pPr>
      <w:r w:rsidRPr="00992F8E">
        <w:rPr>
          <w:rFonts w:ascii="Times New Roman" w:hAnsi="Times New Roman" w:cs="Times New Roman"/>
          <w:b/>
          <w:bCs/>
          <w:sz w:val="36"/>
          <w:szCs w:val="36"/>
        </w:rPr>
        <w:t>INFORMATION AND COMMUNICATIONS UNIVERSITY (ICU)</w:t>
      </w:r>
    </w:p>
    <w:p w:rsidR="00A72466" w:rsidRPr="00992F8E" w:rsidRDefault="00A72466" w:rsidP="00A72466">
      <w:pPr>
        <w:pStyle w:val="NoSpacing"/>
        <w:jc w:val="center"/>
        <w:rPr>
          <w:rFonts w:ascii="Times New Roman" w:hAnsi="Times New Roman" w:cs="Times New Roman"/>
          <w:b/>
          <w:bCs/>
          <w:sz w:val="36"/>
          <w:szCs w:val="36"/>
        </w:rPr>
      </w:pPr>
    </w:p>
    <w:p w:rsidR="00A72466" w:rsidRPr="00992F8E" w:rsidRDefault="00A72466" w:rsidP="00A72466">
      <w:pPr>
        <w:pStyle w:val="NoSpacing"/>
        <w:jc w:val="center"/>
        <w:rPr>
          <w:rFonts w:ascii="Times New Roman" w:hAnsi="Times New Roman" w:cs="Times New Roman"/>
          <w:b/>
          <w:bCs/>
          <w:sz w:val="36"/>
          <w:szCs w:val="36"/>
        </w:rPr>
      </w:pPr>
      <w:r w:rsidRPr="00992F8E">
        <w:rPr>
          <w:rFonts w:ascii="Times New Roman" w:hAnsi="Times New Roman" w:cs="Times New Roman"/>
          <w:b/>
          <w:bCs/>
          <w:sz w:val="36"/>
          <w:szCs w:val="36"/>
        </w:rPr>
        <w:t>SCHOOL OF ENGINEERING</w:t>
      </w:r>
    </w:p>
    <w:p w:rsidR="00A72466" w:rsidRPr="00992F8E" w:rsidRDefault="00A72466" w:rsidP="00A72466">
      <w:pPr>
        <w:pStyle w:val="NoSpacing"/>
        <w:jc w:val="center"/>
        <w:rPr>
          <w:rFonts w:ascii="Times New Roman" w:hAnsi="Times New Roman" w:cs="Times New Roman"/>
          <w:b/>
          <w:bCs/>
          <w:sz w:val="36"/>
          <w:szCs w:val="36"/>
        </w:rPr>
      </w:pPr>
    </w:p>
    <w:p w:rsidR="00A72466" w:rsidRPr="00992F8E" w:rsidRDefault="00A72466" w:rsidP="00A72466">
      <w:pPr>
        <w:pStyle w:val="NoSpacing"/>
        <w:jc w:val="center"/>
        <w:rPr>
          <w:rFonts w:ascii="Times New Roman" w:hAnsi="Times New Roman" w:cs="Times New Roman"/>
          <w:b/>
          <w:bCs/>
          <w:sz w:val="36"/>
          <w:szCs w:val="36"/>
        </w:rPr>
      </w:pPr>
      <w:r w:rsidRPr="00992F8E">
        <w:rPr>
          <w:rFonts w:ascii="Times New Roman" w:hAnsi="Times New Roman" w:cs="Times New Roman"/>
          <w:b/>
          <w:bCs/>
          <w:sz w:val="36"/>
          <w:szCs w:val="36"/>
        </w:rPr>
        <w:t>DEPARTMENT OF ICT</w:t>
      </w:r>
    </w:p>
    <w:p w:rsidR="00A72466" w:rsidRPr="00992F8E" w:rsidRDefault="00A72466" w:rsidP="00A72466">
      <w:pPr>
        <w:pStyle w:val="NoSpacing"/>
        <w:jc w:val="center"/>
        <w:rPr>
          <w:rFonts w:ascii="Times New Roman" w:hAnsi="Times New Roman" w:cs="Times New Roman"/>
          <w:b/>
          <w:bCs/>
          <w:sz w:val="36"/>
          <w:szCs w:val="36"/>
        </w:rPr>
      </w:pPr>
    </w:p>
    <w:p w:rsidR="00A72466" w:rsidRPr="00992F8E" w:rsidRDefault="00A72466" w:rsidP="00A72466">
      <w:pPr>
        <w:pStyle w:val="NoSpacing"/>
        <w:jc w:val="center"/>
        <w:rPr>
          <w:rFonts w:ascii="Times New Roman" w:hAnsi="Times New Roman" w:cs="Times New Roman"/>
          <w:b/>
          <w:bCs/>
          <w:sz w:val="36"/>
          <w:szCs w:val="36"/>
        </w:rPr>
      </w:pPr>
    </w:p>
    <w:p w:rsidR="00D31E65" w:rsidRPr="00992F8E" w:rsidRDefault="00A72466" w:rsidP="00A72466">
      <w:pPr>
        <w:pStyle w:val="NoSpacing"/>
        <w:jc w:val="center"/>
        <w:rPr>
          <w:rFonts w:ascii="Times New Roman" w:hAnsi="Times New Roman" w:cs="Times New Roman"/>
          <w:b/>
          <w:bCs/>
          <w:sz w:val="32"/>
          <w:szCs w:val="32"/>
        </w:rPr>
      </w:pPr>
      <w:r w:rsidRPr="00992F8E">
        <w:rPr>
          <w:rFonts w:ascii="Times New Roman" w:hAnsi="Times New Roman" w:cs="Times New Roman"/>
          <w:b/>
          <w:bCs/>
          <w:sz w:val="32"/>
          <w:szCs w:val="32"/>
        </w:rPr>
        <w:t>GENERAL GUIDELINES AND STRUCTURE FOR BACHELOR'S AND MASTER'S THESES</w:t>
      </w:r>
    </w:p>
    <w:p w:rsidR="00A72466" w:rsidRDefault="00A72466" w:rsidP="00A72466"/>
    <w:p w:rsidR="00A72466" w:rsidRDefault="00A72466" w:rsidP="00A72466"/>
    <w:p w:rsidR="00A72466" w:rsidRDefault="00A72466" w:rsidP="00A72466"/>
    <w:p w:rsidR="00A72466" w:rsidRDefault="00A72466" w:rsidP="00A72466"/>
    <w:p w:rsidR="00A72466" w:rsidRDefault="00A72466" w:rsidP="00A72466"/>
    <w:p w:rsidR="00A72466" w:rsidRDefault="00A72466" w:rsidP="00A72466"/>
    <w:p w:rsidR="005A28DF" w:rsidRDefault="005A28DF" w:rsidP="00A72466"/>
    <w:p w:rsidR="005A28DF" w:rsidRPr="005A28DF" w:rsidRDefault="005A28DF" w:rsidP="005A28DF">
      <w:pPr>
        <w:jc w:val="center"/>
        <w:rPr>
          <w:sz w:val="28"/>
          <w:szCs w:val="28"/>
        </w:rPr>
      </w:pPr>
      <w:r w:rsidRPr="005A28DF">
        <w:rPr>
          <w:sz w:val="28"/>
          <w:szCs w:val="28"/>
        </w:rPr>
        <w:t>© 2025</w:t>
      </w:r>
    </w:p>
    <w:p w:rsidR="00A72466" w:rsidRDefault="00A72466" w:rsidP="00A72466"/>
    <w:p w:rsidR="00A72466" w:rsidRDefault="00A72466" w:rsidP="00A72466"/>
    <w:p w:rsidR="00A72466" w:rsidRDefault="00A72466" w:rsidP="00A72466"/>
    <w:p w:rsidR="00A72466" w:rsidRDefault="00A72466" w:rsidP="00A72466"/>
    <w:p w:rsidR="00D31E65" w:rsidRDefault="00D31E65" w:rsidP="00D31E65">
      <w:pPr>
        <w:pStyle w:val="Heading1"/>
        <w:rPr>
          <w:color w:val="auto"/>
        </w:rPr>
      </w:pPr>
      <w:r w:rsidRPr="00D31E65">
        <w:rPr>
          <w:color w:val="auto"/>
        </w:rPr>
        <w:lastRenderedPageBreak/>
        <w:t>GENERAL GUIDELINES FOR BACHELOR'S AND MASTER'S THESES</w:t>
      </w:r>
    </w:p>
    <w:p w:rsidR="005A28DF" w:rsidRPr="005A28DF" w:rsidRDefault="005A28DF" w:rsidP="005A28DF"/>
    <w:p w:rsidR="00D31E65" w:rsidRPr="00D31E65" w:rsidRDefault="00D31E65" w:rsidP="00D31E65">
      <w:pPr>
        <w:spacing w:line="360" w:lineRule="auto"/>
        <w:jc w:val="both"/>
        <w:rPr>
          <w:rFonts w:ascii="Times New Roman" w:hAnsi="Times New Roman" w:cs="Times New Roman"/>
          <w:sz w:val="24"/>
          <w:szCs w:val="24"/>
        </w:rPr>
      </w:pPr>
      <w:r w:rsidRPr="00D31E65">
        <w:rPr>
          <w:rFonts w:ascii="Times New Roman" w:hAnsi="Times New Roman" w:cs="Times New Roman"/>
          <w:sz w:val="24"/>
          <w:szCs w:val="24"/>
        </w:rPr>
        <w:t>The Bachelor’s and Master’s theses serve as documentation of the candidates’ scientific work during their Bachelor’s and Master’s studies at Information and Communications University (ICU) in the School of Engineering, Department of ICT, demonstrating their ability to articulate in writing the acquired competencies and findings achieved.</w:t>
      </w:r>
    </w:p>
    <w:p w:rsidR="00D31E65" w:rsidRPr="00D31E65" w:rsidRDefault="00D31E65" w:rsidP="00D31E65">
      <w:pPr>
        <w:spacing w:line="360" w:lineRule="auto"/>
        <w:jc w:val="both"/>
        <w:rPr>
          <w:rFonts w:ascii="Times New Roman" w:hAnsi="Times New Roman" w:cs="Times New Roman"/>
          <w:sz w:val="24"/>
          <w:szCs w:val="24"/>
        </w:rPr>
      </w:pPr>
      <w:r w:rsidRPr="00D31E65">
        <w:rPr>
          <w:rFonts w:ascii="Times New Roman" w:hAnsi="Times New Roman" w:cs="Times New Roman"/>
          <w:sz w:val="24"/>
          <w:szCs w:val="24"/>
        </w:rPr>
        <w:t>The Bachelor’s or Master’s thesis is independently composed by the candidate within the Department of ICT and may not be submitted by more than one author. The thesis shall include a summary of all scientific findings achieved during the research process. As a rule, findings or portions thereof should be of such quality as to be suitable for publication in a relevant scientific peer-reviewed journal, including conference proceedings in ijmdr.net.</w:t>
      </w:r>
    </w:p>
    <w:p w:rsidR="00D31E65" w:rsidRPr="00D31E65" w:rsidRDefault="00D31E65" w:rsidP="00D31E65">
      <w:pPr>
        <w:spacing w:line="360" w:lineRule="auto"/>
        <w:jc w:val="both"/>
        <w:rPr>
          <w:rFonts w:ascii="Times New Roman" w:hAnsi="Times New Roman" w:cs="Times New Roman"/>
          <w:sz w:val="24"/>
          <w:szCs w:val="24"/>
        </w:rPr>
      </w:pPr>
      <w:r w:rsidRPr="00D31E65">
        <w:rPr>
          <w:rFonts w:ascii="Times New Roman" w:hAnsi="Times New Roman" w:cs="Times New Roman"/>
          <w:sz w:val="24"/>
          <w:szCs w:val="24"/>
        </w:rPr>
        <w:t>A Bachelor’s or Master’s thesis may comprise one or more articles related in content or method, in which findings are reported or published. The structure of the thesis should follow a logical line of thought that embraces:</w:t>
      </w:r>
    </w:p>
    <w:p w:rsidR="00D31E65" w:rsidRPr="00D31E65" w:rsidRDefault="00D31E65" w:rsidP="00D31E65">
      <w:pPr>
        <w:pStyle w:val="ListNumber"/>
        <w:numPr>
          <w:ilvl w:val="0"/>
          <w:numId w:val="13"/>
        </w:numPr>
        <w:spacing w:line="360" w:lineRule="auto"/>
        <w:ind w:left="360"/>
        <w:jc w:val="both"/>
        <w:rPr>
          <w:rFonts w:ascii="Times New Roman" w:hAnsi="Times New Roman" w:cs="Times New Roman"/>
          <w:sz w:val="24"/>
          <w:szCs w:val="24"/>
        </w:rPr>
      </w:pPr>
      <w:r w:rsidRPr="00D31E65">
        <w:rPr>
          <w:rFonts w:ascii="Times New Roman" w:hAnsi="Times New Roman" w:cs="Times New Roman"/>
          <w:sz w:val="24"/>
          <w:szCs w:val="24"/>
        </w:rPr>
        <w:t>A comprehensive title that clearly conveys the meaning of the subject.</w:t>
      </w:r>
    </w:p>
    <w:p w:rsidR="00D31E65" w:rsidRPr="00D31E65" w:rsidRDefault="00D31E65" w:rsidP="00D31E65">
      <w:pPr>
        <w:pStyle w:val="ListNumber"/>
        <w:numPr>
          <w:ilvl w:val="0"/>
          <w:numId w:val="13"/>
        </w:numPr>
        <w:spacing w:line="360" w:lineRule="auto"/>
        <w:ind w:left="360"/>
        <w:jc w:val="both"/>
        <w:rPr>
          <w:rFonts w:ascii="Times New Roman" w:hAnsi="Times New Roman" w:cs="Times New Roman"/>
          <w:sz w:val="24"/>
          <w:szCs w:val="24"/>
        </w:rPr>
      </w:pPr>
      <w:r w:rsidRPr="00D31E65">
        <w:rPr>
          <w:rFonts w:ascii="Times New Roman" w:hAnsi="Times New Roman" w:cs="Times New Roman"/>
          <w:sz w:val="24"/>
          <w:szCs w:val="24"/>
        </w:rPr>
        <w:t>The rationale, which should state the reasons for undertaking the research topic.</w:t>
      </w:r>
    </w:p>
    <w:p w:rsidR="00D31E65" w:rsidRPr="00D31E65" w:rsidRDefault="00D31E65" w:rsidP="00D31E65">
      <w:pPr>
        <w:pStyle w:val="ListNumber"/>
        <w:numPr>
          <w:ilvl w:val="0"/>
          <w:numId w:val="13"/>
        </w:numPr>
        <w:spacing w:line="360" w:lineRule="auto"/>
        <w:ind w:left="360"/>
        <w:jc w:val="both"/>
        <w:rPr>
          <w:rFonts w:ascii="Times New Roman" w:hAnsi="Times New Roman" w:cs="Times New Roman"/>
          <w:sz w:val="24"/>
          <w:szCs w:val="24"/>
        </w:rPr>
      </w:pPr>
      <w:r w:rsidRPr="00D31E65">
        <w:rPr>
          <w:rFonts w:ascii="Times New Roman" w:hAnsi="Times New Roman" w:cs="Times New Roman"/>
          <w:sz w:val="24"/>
          <w:szCs w:val="24"/>
        </w:rPr>
        <w:t>The objectives for carrying out the proposed original research topic.</w:t>
      </w:r>
    </w:p>
    <w:p w:rsidR="00D31E65" w:rsidRPr="00D31E65" w:rsidRDefault="00D31E65" w:rsidP="00D31E65">
      <w:pPr>
        <w:pStyle w:val="ListNumber"/>
        <w:numPr>
          <w:ilvl w:val="0"/>
          <w:numId w:val="13"/>
        </w:numPr>
        <w:spacing w:line="360" w:lineRule="auto"/>
        <w:ind w:left="360"/>
        <w:jc w:val="both"/>
        <w:rPr>
          <w:rFonts w:ascii="Times New Roman" w:hAnsi="Times New Roman" w:cs="Times New Roman"/>
          <w:sz w:val="24"/>
          <w:szCs w:val="24"/>
        </w:rPr>
      </w:pPr>
      <w:r w:rsidRPr="00D31E65">
        <w:rPr>
          <w:rFonts w:ascii="Times New Roman" w:hAnsi="Times New Roman" w:cs="Times New Roman"/>
          <w:sz w:val="24"/>
          <w:szCs w:val="24"/>
        </w:rPr>
        <w:t>Methods or procedures applied in the research.</w:t>
      </w:r>
    </w:p>
    <w:p w:rsidR="00D31E65" w:rsidRPr="00A72466" w:rsidRDefault="00D31E65" w:rsidP="00A72466">
      <w:pPr>
        <w:pStyle w:val="ListNumber"/>
        <w:numPr>
          <w:ilvl w:val="0"/>
          <w:numId w:val="13"/>
        </w:numPr>
        <w:spacing w:line="360" w:lineRule="auto"/>
        <w:ind w:left="360"/>
        <w:jc w:val="both"/>
        <w:rPr>
          <w:rFonts w:ascii="Times New Roman" w:hAnsi="Times New Roman" w:cs="Times New Roman"/>
          <w:sz w:val="24"/>
          <w:szCs w:val="24"/>
        </w:rPr>
      </w:pPr>
      <w:r w:rsidRPr="00D31E65">
        <w:rPr>
          <w:rFonts w:ascii="Times New Roman" w:hAnsi="Times New Roman" w:cs="Times New Roman"/>
          <w:sz w:val="24"/>
          <w:szCs w:val="24"/>
        </w:rPr>
        <w:t>The results arising from the applied methods in the analysis, describing findings considered new in scientific or technological fields.</w:t>
      </w:r>
    </w:p>
    <w:p w:rsidR="00137943" w:rsidRPr="00D31E65" w:rsidRDefault="00000000">
      <w:pPr>
        <w:pStyle w:val="Heading1"/>
        <w:rPr>
          <w:color w:val="auto"/>
        </w:rPr>
      </w:pPr>
      <w:r w:rsidRPr="00D31E65">
        <w:rPr>
          <w:color w:val="auto"/>
        </w:rPr>
        <w:t>1. Purpose of the Thesis</w:t>
      </w:r>
    </w:p>
    <w:p w:rsidR="00137943" w:rsidRPr="00D31E65" w:rsidRDefault="00000000" w:rsidP="00D31E65">
      <w:pPr>
        <w:spacing w:line="360" w:lineRule="auto"/>
        <w:jc w:val="both"/>
        <w:rPr>
          <w:rFonts w:ascii="Times New Roman" w:hAnsi="Times New Roman" w:cs="Times New Roman"/>
          <w:sz w:val="24"/>
          <w:szCs w:val="24"/>
        </w:rPr>
      </w:pPr>
      <w:r w:rsidRPr="00D31E65">
        <w:rPr>
          <w:rFonts w:ascii="Times New Roman" w:hAnsi="Times New Roman" w:cs="Times New Roman"/>
          <w:sz w:val="24"/>
          <w:szCs w:val="24"/>
        </w:rPr>
        <w:t>The Bachelor's and Master's theses serve as documentation of the candidate’s scientific work, demonstrating their ability to articulate in writing the acquired competencies and research findings.</w:t>
      </w:r>
    </w:p>
    <w:p w:rsidR="00137943" w:rsidRPr="00D31E65" w:rsidRDefault="00000000" w:rsidP="00D31E65">
      <w:pPr>
        <w:pStyle w:val="ListParagraph"/>
        <w:numPr>
          <w:ilvl w:val="0"/>
          <w:numId w:val="15"/>
        </w:numPr>
        <w:spacing w:line="360" w:lineRule="auto"/>
        <w:jc w:val="both"/>
        <w:rPr>
          <w:rFonts w:ascii="Times New Roman" w:hAnsi="Times New Roman" w:cs="Times New Roman"/>
          <w:sz w:val="24"/>
          <w:szCs w:val="24"/>
        </w:rPr>
      </w:pPr>
      <w:r w:rsidRPr="00D31E65">
        <w:rPr>
          <w:rFonts w:ascii="Times New Roman" w:hAnsi="Times New Roman" w:cs="Times New Roman"/>
          <w:sz w:val="24"/>
          <w:szCs w:val="24"/>
        </w:rPr>
        <w:t>The thesis must be independently written by the candidate.</w:t>
      </w:r>
    </w:p>
    <w:p w:rsidR="00137943" w:rsidRPr="00D31E65" w:rsidRDefault="00000000" w:rsidP="00D31E65">
      <w:pPr>
        <w:pStyle w:val="ListParagraph"/>
        <w:numPr>
          <w:ilvl w:val="0"/>
          <w:numId w:val="15"/>
        </w:numPr>
        <w:spacing w:line="360" w:lineRule="auto"/>
        <w:jc w:val="both"/>
        <w:rPr>
          <w:rFonts w:ascii="Times New Roman" w:hAnsi="Times New Roman" w:cs="Times New Roman"/>
          <w:sz w:val="24"/>
          <w:szCs w:val="24"/>
        </w:rPr>
      </w:pPr>
      <w:r w:rsidRPr="00D31E65">
        <w:rPr>
          <w:rFonts w:ascii="Times New Roman" w:hAnsi="Times New Roman" w:cs="Times New Roman"/>
          <w:sz w:val="24"/>
          <w:szCs w:val="24"/>
        </w:rPr>
        <w:t>The work should meet a standard suitable for publication in a peer-reviewed journal or conference proceedings.</w:t>
      </w:r>
    </w:p>
    <w:p w:rsidR="00137943" w:rsidRPr="00D31E65" w:rsidRDefault="00000000" w:rsidP="00D31E65">
      <w:pPr>
        <w:pStyle w:val="ListParagraph"/>
        <w:numPr>
          <w:ilvl w:val="0"/>
          <w:numId w:val="15"/>
        </w:numPr>
        <w:spacing w:line="360" w:lineRule="auto"/>
        <w:jc w:val="both"/>
        <w:rPr>
          <w:rFonts w:ascii="Times New Roman" w:hAnsi="Times New Roman" w:cs="Times New Roman"/>
          <w:sz w:val="24"/>
          <w:szCs w:val="24"/>
        </w:rPr>
      </w:pPr>
      <w:r w:rsidRPr="00D31E65">
        <w:rPr>
          <w:rFonts w:ascii="Times New Roman" w:hAnsi="Times New Roman" w:cs="Times New Roman"/>
          <w:sz w:val="24"/>
          <w:szCs w:val="24"/>
        </w:rPr>
        <w:lastRenderedPageBreak/>
        <w:t>The research should contribute new findings in the ICT field, relevant to Zambia and/or the Southern African region.</w:t>
      </w:r>
    </w:p>
    <w:p w:rsidR="00137943" w:rsidRDefault="00000000">
      <w:pPr>
        <w:pStyle w:val="Heading1"/>
        <w:rPr>
          <w:rFonts w:ascii="Times New Roman" w:hAnsi="Times New Roman" w:cs="Times New Roman"/>
          <w:color w:val="auto"/>
        </w:rPr>
      </w:pPr>
      <w:r w:rsidRPr="00D31E65">
        <w:rPr>
          <w:rFonts w:ascii="Times New Roman" w:hAnsi="Times New Roman" w:cs="Times New Roman"/>
          <w:color w:val="auto"/>
        </w:rPr>
        <w:t>2. Thesis Structure</w:t>
      </w:r>
    </w:p>
    <w:p w:rsidR="00071183" w:rsidRPr="00071183" w:rsidRDefault="00071183" w:rsidP="00071183"/>
    <w:p w:rsidR="00071183" w:rsidRPr="00071183" w:rsidRDefault="00071183" w:rsidP="00071183">
      <w:pPr>
        <w:pStyle w:val="ListParagraph"/>
        <w:numPr>
          <w:ilvl w:val="0"/>
          <w:numId w:val="21"/>
        </w:numPr>
        <w:spacing w:after="160" w:line="259" w:lineRule="auto"/>
        <w:rPr>
          <w:rFonts w:ascii="Times New Roman" w:hAnsi="Times New Roman" w:cs="Times New Roman"/>
          <w:sz w:val="24"/>
          <w:szCs w:val="24"/>
        </w:rPr>
      </w:pPr>
      <w:r w:rsidRPr="00071183">
        <w:rPr>
          <w:rFonts w:ascii="Times New Roman" w:hAnsi="Times New Roman" w:cs="Times New Roman"/>
          <w:sz w:val="24"/>
          <w:szCs w:val="24"/>
        </w:rPr>
        <w:t>Title page</w:t>
      </w:r>
    </w:p>
    <w:p w:rsidR="00071183" w:rsidRPr="00071183" w:rsidRDefault="00071183" w:rsidP="00071183">
      <w:pPr>
        <w:pStyle w:val="ListParagraph"/>
        <w:numPr>
          <w:ilvl w:val="0"/>
          <w:numId w:val="21"/>
        </w:numPr>
        <w:spacing w:after="160" w:line="259" w:lineRule="auto"/>
        <w:rPr>
          <w:rFonts w:ascii="Times New Roman" w:hAnsi="Times New Roman" w:cs="Times New Roman"/>
          <w:sz w:val="24"/>
          <w:szCs w:val="24"/>
        </w:rPr>
      </w:pPr>
      <w:r w:rsidRPr="00071183">
        <w:rPr>
          <w:rFonts w:ascii="Times New Roman" w:hAnsi="Times New Roman" w:cs="Times New Roman"/>
          <w:sz w:val="24"/>
          <w:szCs w:val="24"/>
        </w:rPr>
        <w:t>Declaration page</w:t>
      </w:r>
    </w:p>
    <w:p w:rsidR="00071183" w:rsidRPr="00071183" w:rsidRDefault="00071183" w:rsidP="00071183">
      <w:pPr>
        <w:pStyle w:val="ListParagraph"/>
        <w:numPr>
          <w:ilvl w:val="0"/>
          <w:numId w:val="21"/>
        </w:numPr>
        <w:spacing w:after="160" w:line="259" w:lineRule="auto"/>
        <w:rPr>
          <w:rFonts w:ascii="Times New Roman" w:hAnsi="Times New Roman" w:cs="Times New Roman"/>
          <w:sz w:val="24"/>
          <w:szCs w:val="24"/>
        </w:rPr>
      </w:pPr>
      <w:r w:rsidRPr="00071183">
        <w:rPr>
          <w:rFonts w:ascii="Times New Roman" w:hAnsi="Times New Roman" w:cs="Times New Roman"/>
          <w:sz w:val="24"/>
          <w:szCs w:val="24"/>
        </w:rPr>
        <w:t>Certificate of Approval page</w:t>
      </w:r>
    </w:p>
    <w:p w:rsidR="00071183" w:rsidRPr="00071183" w:rsidRDefault="00071183" w:rsidP="00071183">
      <w:pPr>
        <w:pStyle w:val="ListParagraph"/>
        <w:numPr>
          <w:ilvl w:val="0"/>
          <w:numId w:val="21"/>
        </w:numPr>
        <w:spacing w:after="160" w:line="259" w:lineRule="auto"/>
        <w:rPr>
          <w:rFonts w:ascii="Times New Roman" w:hAnsi="Times New Roman" w:cs="Times New Roman"/>
          <w:sz w:val="24"/>
          <w:szCs w:val="24"/>
        </w:rPr>
      </w:pPr>
      <w:r w:rsidRPr="00071183">
        <w:rPr>
          <w:rFonts w:ascii="Times New Roman" w:hAnsi="Times New Roman" w:cs="Times New Roman"/>
          <w:sz w:val="24"/>
          <w:szCs w:val="24"/>
        </w:rPr>
        <w:t>Acknowledgement page</w:t>
      </w:r>
    </w:p>
    <w:p w:rsidR="00071183" w:rsidRPr="00071183" w:rsidRDefault="00071183" w:rsidP="00071183">
      <w:pPr>
        <w:pStyle w:val="ListParagraph"/>
        <w:numPr>
          <w:ilvl w:val="0"/>
          <w:numId w:val="21"/>
        </w:numPr>
        <w:spacing w:after="160" w:line="259" w:lineRule="auto"/>
        <w:rPr>
          <w:rFonts w:ascii="Times New Roman" w:hAnsi="Times New Roman" w:cs="Times New Roman"/>
          <w:sz w:val="24"/>
          <w:szCs w:val="24"/>
        </w:rPr>
      </w:pPr>
      <w:r w:rsidRPr="00071183">
        <w:rPr>
          <w:rFonts w:ascii="Times New Roman" w:hAnsi="Times New Roman" w:cs="Times New Roman"/>
          <w:sz w:val="24"/>
          <w:szCs w:val="24"/>
        </w:rPr>
        <w:t xml:space="preserve">Dedication page </w:t>
      </w:r>
      <w:r w:rsidRPr="00071183">
        <w:rPr>
          <w:rFonts w:ascii="Times New Roman" w:hAnsi="Times New Roman" w:cs="Times New Roman"/>
          <w:i/>
          <w:color w:val="FF0000"/>
          <w:sz w:val="24"/>
          <w:szCs w:val="24"/>
        </w:rPr>
        <w:t>(optional)</w:t>
      </w:r>
    </w:p>
    <w:p w:rsidR="00071183" w:rsidRPr="00071183" w:rsidRDefault="00071183" w:rsidP="00071183">
      <w:pPr>
        <w:pStyle w:val="ListParagraph"/>
        <w:numPr>
          <w:ilvl w:val="0"/>
          <w:numId w:val="21"/>
        </w:numPr>
        <w:spacing w:after="160" w:line="259" w:lineRule="auto"/>
        <w:rPr>
          <w:rFonts w:ascii="Times New Roman" w:hAnsi="Times New Roman" w:cs="Times New Roman"/>
          <w:i/>
          <w:color w:val="FF0000"/>
          <w:sz w:val="24"/>
          <w:szCs w:val="24"/>
        </w:rPr>
      </w:pPr>
      <w:r w:rsidRPr="00071183">
        <w:rPr>
          <w:rFonts w:ascii="Times New Roman" w:hAnsi="Times New Roman" w:cs="Times New Roman"/>
          <w:sz w:val="24"/>
          <w:szCs w:val="24"/>
        </w:rPr>
        <w:t xml:space="preserve">Glossary page </w:t>
      </w:r>
      <w:r w:rsidRPr="00071183">
        <w:rPr>
          <w:rFonts w:ascii="Times New Roman" w:hAnsi="Times New Roman" w:cs="Times New Roman"/>
          <w:i/>
          <w:color w:val="FF0000"/>
          <w:sz w:val="24"/>
          <w:szCs w:val="24"/>
        </w:rPr>
        <w:t>(Abbreviations and Descriptions)</w:t>
      </w:r>
    </w:p>
    <w:p w:rsidR="00071183" w:rsidRPr="00071183" w:rsidRDefault="00071183" w:rsidP="00071183">
      <w:pPr>
        <w:pStyle w:val="ListParagraph"/>
        <w:numPr>
          <w:ilvl w:val="0"/>
          <w:numId w:val="21"/>
        </w:numPr>
        <w:spacing w:after="160" w:line="259" w:lineRule="auto"/>
        <w:rPr>
          <w:rFonts w:ascii="Times New Roman" w:hAnsi="Times New Roman" w:cs="Times New Roman"/>
          <w:sz w:val="24"/>
          <w:szCs w:val="24"/>
        </w:rPr>
      </w:pPr>
      <w:r w:rsidRPr="00071183">
        <w:rPr>
          <w:rFonts w:ascii="Times New Roman" w:hAnsi="Times New Roman" w:cs="Times New Roman"/>
          <w:sz w:val="24"/>
          <w:szCs w:val="24"/>
        </w:rPr>
        <w:t>Abstract page</w:t>
      </w:r>
    </w:p>
    <w:p w:rsidR="00071183" w:rsidRPr="00071183" w:rsidRDefault="00071183" w:rsidP="00071183">
      <w:pPr>
        <w:pStyle w:val="ListParagraph"/>
        <w:numPr>
          <w:ilvl w:val="0"/>
          <w:numId w:val="21"/>
        </w:numPr>
        <w:spacing w:after="160" w:line="259" w:lineRule="auto"/>
        <w:rPr>
          <w:rFonts w:ascii="Times New Roman" w:hAnsi="Times New Roman" w:cs="Times New Roman"/>
          <w:b/>
          <w:sz w:val="24"/>
          <w:szCs w:val="24"/>
        </w:rPr>
      </w:pPr>
      <w:r w:rsidRPr="00071183">
        <w:rPr>
          <w:rFonts w:ascii="Times New Roman" w:hAnsi="Times New Roman" w:cs="Times New Roman"/>
          <w:b/>
          <w:sz w:val="24"/>
          <w:szCs w:val="24"/>
        </w:rPr>
        <w:t xml:space="preserve">TABLE OF CONTENTS </w:t>
      </w:r>
    </w:p>
    <w:p w:rsidR="00071183" w:rsidRPr="00071183" w:rsidRDefault="00071183" w:rsidP="00071183">
      <w:pPr>
        <w:pStyle w:val="ListParagraph"/>
        <w:rPr>
          <w:rFonts w:ascii="Times New Roman" w:hAnsi="Times New Roman" w:cs="Times New Roman"/>
          <w:sz w:val="24"/>
          <w:szCs w:val="24"/>
        </w:rPr>
      </w:pPr>
      <w:r w:rsidRPr="00071183">
        <w:rPr>
          <w:rFonts w:ascii="Times New Roman" w:hAnsi="Times New Roman" w:cs="Times New Roman"/>
          <w:sz w:val="24"/>
          <w:szCs w:val="24"/>
        </w:rPr>
        <w:t>DECLARATION</w:t>
      </w:r>
    </w:p>
    <w:p w:rsidR="00071183" w:rsidRPr="00071183" w:rsidRDefault="00071183" w:rsidP="00071183">
      <w:pPr>
        <w:pStyle w:val="ListParagraph"/>
        <w:rPr>
          <w:rFonts w:ascii="Times New Roman" w:hAnsi="Times New Roman" w:cs="Times New Roman"/>
          <w:sz w:val="24"/>
          <w:szCs w:val="24"/>
        </w:rPr>
      </w:pPr>
      <w:r w:rsidRPr="00071183">
        <w:rPr>
          <w:rFonts w:ascii="Times New Roman" w:hAnsi="Times New Roman" w:cs="Times New Roman"/>
          <w:sz w:val="24"/>
          <w:szCs w:val="24"/>
        </w:rPr>
        <w:t>CERTIFICATE OF APPROVAL</w:t>
      </w:r>
    </w:p>
    <w:p w:rsidR="00071183" w:rsidRPr="00071183" w:rsidRDefault="00071183" w:rsidP="00071183">
      <w:pPr>
        <w:pStyle w:val="ListParagraph"/>
        <w:rPr>
          <w:rFonts w:ascii="Times New Roman" w:hAnsi="Times New Roman" w:cs="Times New Roman"/>
          <w:sz w:val="24"/>
          <w:szCs w:val="24"/>
        </w:rPr>
      </w:pPr>
      <w:r w:rsidRPr="00071183">
        <w:rPr>
          <w:rFonts w:ascii="Times New Roman" w:hAnsi="Times New Roman" w:cs="Times New Roman"/>
          <w:sz w:val="24"/>
          <w:szCs w:val="24"/>
        </w:rPr>
        <w:t>ACKNOWLEDGEMENT</w:t>
      </w:r>
    </w:p>
    <w:p w:rsidR="00071183" w:rsidRPr="00071183" w:rsidRDefault="00071183" w:rsidP="00071183">
      <w:pPr>
        <w:pStyle w:val="ListParagraph"/>
        <w:rPr>
          <w:rFonts w:ascii="Times New Roman" w:hAnsi="Times New Roman" w:cs="Times New Roman"/>
          <w:sz w:val="24"/>
          <w:szCs w:val="24"/>
        </w:rPr>
      </w:pPr>
      <w:r w:rsidRPr="00071183">
        <w:rPr>
          <w:rFonts w:ascii="Times New Roman" w:hAnsi="Times New Roman" w:cs="Times New Roman"/>
          <w:sz w:val="24"/>
          <w:szCs w:val="24"/>
        </w:rPr>
        <w:t>DEDICATION</w:t>
      </w:r>
    </w:p>
    <w:p w:rsidR="00071183" w:rsidRPr="00071183" w:rsidRDefault="00071183" w:rsidP="00071183">
      <w:pPr>
        <w:pStyle w:val="ListParagraph"/>
        <w:rPr>
          <w:rFonts w:ascii="Times New Roman" w:hAnsi="Times New Roman" w:cs="Times New Roman"/>
          <w:sz w:val="24"/>
          <w:szCs w:val="24"/>
        </w:rPr>
      </w:pPr>
      <w:r w:rsidRPr="00071183">
        <w:rPr>
          <w:rFonts w:ascii="Times New Roman" w:hAnsi="Times New Roman" w:cs="Times New Roman"/>
          <w:sz w:val="24"/>
          <w:szCs w:val="24"/>
        </w:rPr>
        <w:t>GLOSSARY</w:t>
      </w:r>
    </w:p>
    <w:p w:rsidR="00071183" w:rsidRPr="00071183" w:rsidRDefault="00071183" w:rsidP="00071183">
      <w:pPr>
        <w:pStyle w:val="ListParagraph"/>
        <w:rPr>
          <w:rFonts w:ascii="Times New Roman" w:hAnsi="Times New Roman" w:cs="Times New Roman"/>
          <w:sz w:val="24"/>
          <w:szCs w:val="24"/>
        </w:rPr>
      </w:pPr>
      <w:r w:rsidRPr="00071183">
        <w:rPr>
          <w:rFonts w:ascii="Times New Roman" w:hAnsi="Times New Roman" w:cs="Times New Roman"/>
          <w:sz w:val="24"/>
          <w:szCs w:val="24"/>
        </w:rPr>
        <w:t>ABSTRACT</w:t>
      </w:r>
    </w:p>
    <w:p w:rsidR="00071183" w:rsidRPr="00071183" w:rsidRDefault="00071183" w:rsidP="00071183">
      <w:pPr>
        <w:pStyle w:val="ListParagraph"/>
        <w:rPr>
          <w:rFonts w:ascii="Times New Roman" w:hAnsi="Times New Roman" w:cs="Times New Roman"/>
          <w:sz w:val="24"/>
          <w:szCs w:val="24"/>
        </w:rPr>
      </w:pPr>
      <w:r w:rsidRPr="00071183">
        <w:rPr>
          <w:rFonts w:ascii="Times New Roman" w:hAnsi="Times New Roman" w:cs="Times New Roman"/>
          <w:sz w:val="24"/>
          <w:szCs w:val="24"/>
        </w:rPr>
        <w:t xml:space="preserve">TABLE OF CONTENT  </w:t>
      </w:r>
    </w:p>
    <w:p w:rsidR="00071183" w:rsidRPr="00071183" w:rsidRDefault="00071183" w:rsidP="00071183">
      <w:pPr>
        <w:pStyle w:val="ListParagraph"/>
        <w:rPr>
          <w:rFonts w:ascii="Times New Roman" w:hAnsi="Times New Roman" w:cs="Times New Roman"/>
          <w:sz w:val="24"/>
          <w:szCs w:val="24"/>
        </w:rPr>
      </w:pPr>
      <w:r w:rsidRPr="00071183">
        <w:rPr>
          <w:rFonts w:ascii="Times New Roman" w:hAnsi="Times New Roman" w:cs="Times New Roman"/>
          <w:sz w:val="24"/>
          <w:szCs w:val="24"/>
        </w:rPr>
        <w:t>LIST OF TABLES</w:t>
      </w:r>
    </w:p>
    <w:p w:rsidR="00071183" w:rsidRPr="00071183" w:rsidRDefault="00071183" w:rsidP="00071183">
      <w:pPr>
        <w:pStyle w:val="ListParagraph"/>
        <w:rPr>
          <w:rFonts w:ascii="Times New Roman" w:hAnsi="Times New Roman" w:cs="Times New Roman"/>
          <w:sz w:val="24"/>
          <w:szCs w:val="24"/>
        </w:rPr>
      </w:pPr>
      <w:r w:rsidRPr="00071183">
        <w:rPr>
          <w:rFonts w:ascii="Times New Roman" w:hAnsi="Times New Roman" w:cs="Times New Roman"/>
          <w:sz w:val="24"/>
          <w:szCs w:val="24"/>
        </w:rPr>
        <w:t>LIST OF FIGURES</w:t>
      </w:r>
    </w:p>
    <w:p w:rsidR="00071183" w:rsidRPr="00071183" w:rsidRDefault="00071183" w:rsidP="00071183"/>
    <w:p w:rsidR="00137943" w:rsidRPr="00D31E65" w:rsidRDefault="00000000">
      <w:pPr>
        <w:pStyle w:val="Heading2"/>
        <w:rPr>
          <w:rFonts w:ascii="Times New Roman" w:hAnsi="Times New Roman" w:cs="Times New Roman"/>
          <w:color w:val="auto"/>
        </w:rPr>
      </w:pPr>
      <w:r w:rsidRPr="00D31E65">
        <w:rPr>
          <w:rFonts w:ascii="Times New Roman" w:hAnsi="Times New Roman" w:cs="Times New Roman"/>
          <w:color w:val="auto"/>
        </w:rPr>
        <w:t>CHAPTER ONE: INTRODUCTION</w:t>
      </w:r>
    </w:p>
    <w:p w:rsidR="00137943" w:rsidRPr="00D31E65" w:rsidRDefault="00000000">
      <w:pPr>
        <w:pStyle w:val="ListBullet"/>
        <w:rPr>
          <w:rFonts w:ascii="Times New Roman" w:hAnsi="Times New Roman" w:cs="Times New Roman"/>
        </w:rPr>
      </w:pPr>
      <w:r w:rsidRPr="00D31E65">
        <w:rPr>
          <w:rFonts w:ascii="Times New Roman" w:hAnsi="Times New Roman" w:cs="Times New Roman"/>
        </w:rPr>
        <w:t>1.0 Introduction</w:t>
      </w:r>
    </w:p>
    <w:p w:rsidR="00137943" w:rsidRPr="00D31E65" w:rsidRDefault="00000000">
      <w:pPr>
        <w:pStyle w:val="ListBullet"/>
        <w:rPr>
          <w:rFonts w:ascii="Times New Roman" w:hAnsi="Times New Roman" w:cs="Times New Roman"/>
        </w:rPr>
      </w:pPr>
      <w:r w:rsidRPr="00D31E65">
        <w:rPr>
          <w:rFonts w:ascii="Times New Roman" w:hAnsi="Times New Roman" w:cs="Times New Roman"/>
        </w:rPr>
        <w:t>1.1 Background</w:t>
      </w:r>
    </w:p>
    <w:p w:rsidR="00137943" w:rsidRPr="00D31E65" w:rsidRDefault="00000000">
      <w:pPr>
        <w:pStyle w:val="ListBullet"/>
        <w:rPr>
          <w:rFonts w:ascii="Times New Roman" w:hAnsi="Times New Roman" w:cs="Times New Roman"/>
        </w:rPr>
      </w:pPr>
      <w:r w:rsidRPr="00D31E65">
        <w:rPr>
          <w:rFonts w:ascii="Times New Roman" w:hAnsi="Times New Roman" w:cs="Times New Roman"/>
        </w:rPr>
        <w:t>1.2 Motivation of the Study</w:t>
      </w:r>
    </w:p>
    <w:p w:rsidR="00137943" w:rsidRPr="00D31E65" w:rsidRDefault="00000000">
      <w:pPr>
        <w:pStyle w:val="ListBullet"/>
        <w:rPr>
          <w:rFonts w:ascii="Times New Roman" w:hAnsi="Times New Roman" w:cs="Times New Roman"/>
        </w:rPr>
      </w:pPr>
      <w:r w:rsidRPr="00D31E65">
        <w:rPr>
          <w:rFonts w:ascii="Times New Roman" w:hAnsi="Times New Roman" w:cs="Times New Roman"/>
        </w:rPr>
        <w:t>1.3 Significance of the Study</w:t>
      </w:r>
    </w:p>
    <w:p w:rsidR="00137943" w:rsidRPr="00D31E65" w:rsidRDefault="00000000">
      <w:pPr>
        <w:pStyle w:val="ListBullet"/>
        <w:rPr>
          <w:rFonts w:ascii="Times New Roman" w:hAnsi="Times New Roman" w:cs="Times New Roman"/>
        </w:rPr>
      </w:pPr>
      <w:r w:rsidRPr="00D31E65">
        <w:rPr>
          <w:rFonts w:ascii="Times New Roman" w:hAnsi="Times New Roman" w:cs="Times New Roman"/>
        </w:rPr>
        <w:t>1.4 Scope of the Study</w:t>
      </w:r>
    </w:p>
    <w:p w:rsidR="00137943" w:rsidRPr="00D31E65" w:rsidRDefault="00000000">
      <w:pPr>
        <w:pStyle w:val="ListBullet"/>
        <w:rPr>
          <w:rFonts w:ascii="Times New Roman" w:hAnsi="Times New Roman" w:cs="Times New Roman"/>
        </w:rPr>
      </w:pPr>
      <w:r w:rsidRPr="00D31E65">
        <w:rPr>
          <w:rFonts w:ascii="Times New Roman" w:hAnsi="Times New Roman" w:cs="Times New Roman"/>
        </w:rPr>
        <w:t>1.5 Problem Statement</w:t>
      </w:r>
    </w:p>
    <w:p w:rsidR="00137943" w:rsidRPr="00D31E65" w:rsidRDefault="00000000">
      <w:pPr>
        <w:pStyle w:val="ListBullet"/>
        <w:rPr>
          <w:rFonts w:ascii="Times New Roman" w:hAnsi="Times New Roman" w:cs="Times New Roman"/>
        </w:rPr>
      </w:pPr>
      <w:r w:rsidRPr="00D31E65">
        <w:rPr>
          <w:rFonts w:ascii="Times New Roman" w:hAnsi="Times New Roman" w:cs="Times New Roman"/>
        </w:rPr>
        <w:t>1.6 Objectives</w:t>
      </w:r>
    </w:p>
    <w:p w:rsidR="00137943" w:rsidRPr="00D31E65" w:rsidRDefault="00000000">
      <w:pPr>
        <w:pStyle w:val="ListBullet"/>
        <w:rPr>
          <w:rFonts w:ascii="Times New Roman" w:hAnsi="Times New Roman" w:cs="Times New Roman"/>
        </w:rPr>
      </w:pPr>
      <w:r w:rsidRPr="00D31E65">
        <w:rPr>
          <w:rFonts w:ascii="Times New Roman" w:hAnsi="Times New Roman" w:cs="Times New Roman"/>
        </w:rPr>
        <w:t>1.6.1 General Objective</w:t>
      </w:r>
    </w:p>
    <w:p w:rsidR="00137943" w:rsidRPr="00D31E65" w:rsidRDefault="00000000">
      <w:pPr>
        <w:pStyle w:val="ListBullet"/>
        <w:rPr>
          <w:rFonts w:ascii="Times New Roman" w:hAnsi="Times New Roman" w:cs="Times New Roman"/>
        </w:rPr>
      </w:pPr>
      <w:r w:rsidRPr="00D31E65">
        <w:rPr>
          <w:rFonts w:ascii="Times New Roman" w:hAnsi="Times New Roman" w:cs="Times New Roman"/>
        </w:rPr>
        <w:t>1.6.2 Specific Objectives</w:t>
      </w:r>
    </w:p>
    <w:p w:rsidR="00137943" w:rsidRPr="00D31E65" w:rsidRDefault="00000000">
      <w:pPr>
        <w:pStyle w:val="ListBullet"/>
        <w:rPr>
          <w:rFonts w:ascii="Times New Roman" w:hAnsi="Times New Roman" w:cs="Times New Roman"/>
        </w:rPr>
      </w:pPr>
      <w:r w:rsidRPr="00D31E65">
        <w:rPr>
          <w:rFonts w:ascii="Times New Roman" w:hAnsi="Times New Roman" w:cs="Times New Roman"/>
        </w:rPr>
        <w:t>1.7 Research Questions</w:t>
      </w:r>
    </w:p>
    <w:p w:rsidR="00137943" w:rsidRPr="00D31E65" w:rsidRDefault="00000000">
      <w:pPr>
        <w:pStyle w:val="ListBullet"/>
        <w:rPr>
          <w:rFonts w:ascii="Times New Roman" w:hAnsi="Times New Roman" w:cs="Times New Roman"/>
        </w:rPr>
      </w:pPr>
      <w:r w:rsidRPr="00D31E65">
        <w:rPr>
          <w:rFonts w:ascii="Times New Roman" w:hAnsi="Times New Roman" w:cs="Times New Roman"/>
        </w:rPr>
        <w:t>1.8 Conceptual/Theoretical Framework</w:t>
      </w:r>
    </w:p>
    <w:p w:rsidR="00137943" w:rsidRPr="00D31E65" w:rsidRDefault="00000000">
      <w:pPr>
        <w:pStyle w:val="ListBullet"/>
        <w:rPr>
          <w:rFonts w:ascii="Times New Roman" w:hAnsi="Times New Roman" w:cs="Times New Roman"/>
        </w:rPr>
      </w:pPr>
      <w:r w:rsidRPr="00D31E65">
        <w:rPr>
          <w:rFonts w:ascii="Times New Roman" w:hAnsi="Times New Roman" w:cs="Times New Roman"/>
        </w:rPr>
        <w:t>1.9 Definition of Terms</w:t>
      </w:r>
    </w:p>
    <w:p w:rsidR="00137943" w:rsidRPr="00D31E65" w:rsidRDefault="00000000">
      <w:pPr>
        <w:pStyle w:val="ListBullet"/>
        <w:rPr>
          <w:rFonts w:ascii="Times New Roman" w:hAnsi="Times New Roman" w:cs="Times New Roman"/>
        </w:rPr>
      </w:pPr>
      <w:r w:rsidRPr="00D31E65">
        <w:rPr>
          <w:rFonts w:ascii="Times New Roman" w:hAnsi="Times New Roman" w:cs="Times New Roman"/>
        </w:rPr>
        <w:t>1.10 Organization of the Report</w:t>
      </w:r>
    </w:p>
    <w:p w:rsidR="00137943" w:rsidRPr="00D31E65" w:rsidRDefault="00000000">
      <w:pPr>
        <w:pStyle w:val="Heading2"/>
        <w:rPr>
          <w:rFonts w:ascii="Times New Roman" w:hAnsi="Times New Roman" w:cs="Times New Roman"/>
          <w:color w:val="auto"/>
          <w:sz w:val="24"/>
          <w:szCs w:val="24"/>
        </w:rPr>
      </w:pPr>
      <w:r w:rsidRPr="00D31E65">
        <w:rPr>
          <w:rFonts w:ascii="Times New Roman" w:hAnsi="Times New Roman" w:cs="Times New Roman"/>
          <w:color w:val="auto"/>
          <w:sz w:val="24"/>
          <w:szCs w:val="24"/>
        </w:rPr>
        <w:lastRenderedPageBreak/>
        <w:t>CHAPTER TWO: LITERATURE REVIEW</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2.0 Overview</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2.1 Review of the Literature</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2.2 Related Works</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2.3 Gaps in the Literature</w:t>
      </w:r>
    </w:p>
    <w:p w:rsidR="00137943" w:rsidRPr="00D31E65" w:rsidRDefault="00000000">
      <w:pPr>
        <w:pStyle w:val="Heading2"/>
        <w:rPr>
          <w:rFonts w:ascii="Times New Roman" w:hAnsi="Times New Roman" w:cs="Times New Roman"/>
          <w:color w:val="auto"/>
          <w:sz w:val="24"/>
          <w:szCs w:val="24"/>
        </w:rPr>
      </w:pPr>
      <w:r w:rsidRPr="00D31E65">
        <w:rPr>
          <w:rFonts w:ascii="Times New Roman" w:hAnsi="Times New Roman" w:cs="Times New Roman"/>
          <w:color w:val="auto"/>
          <w:sz w:val="24"/>
          <w:szCs w:val="24"/>
        </w:rPr>
        <w:t>CHAPTER THREE: METHODOLOGY</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3.0 Overview</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3.1 Research Design</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3.2 Baseline Study</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3.2.1 Data Collection</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3.2.2 Research Approach</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3.2.3 Development of the Application</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3.2.4 System Design</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3.3 System Design</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3.3.1 Context Diagram</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3.3.2 System Software Level Architectural Design</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3.3.3 Modular Design of the System Functions</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3.3.4 System Class Diagram</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3.3.5 System Data Model Design</w:t>
      </w:r>
    </w:p>
    <w:p w:rsidR="00137943" w:rsidRPr="00D31E65" w:rsidRDefault="00000000">
      <w:pPr>
        <w:pStyle w:val="Heading2"/>
        <w:rPr>
          <w:rFonts w:ascii="Times New Roman" w:hAnsi="Times New Roman" w:cs="Times New Roman"/>
          <w:color w:val="auto"/>
          <w:sz w:val="24"/>
          <w:szCs w:val="24"/>
        </w:rPr>
      </w:pPr>
      <w:r w:rsidRPr="00D31E65">
        <w:rPr>
          <w:rFonts w:ascii="Times New Roman" w:hAnsi="Times New Roman" w:cs="Times New Roman"/>
          <w:color w:val="auto"/>
          <w:sz w:val="24"/>
          <w:szCs w:val="24"/>
        </w:rPr>
        <w:t>CHAPTER FOUR: RESULTS</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4.0 Overview</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4.1 Baseline Study Results</w:t>
      </w:r>
    </w:p>
    <w:p w:rsidR="00137943" w:rsidRPr="00D31E65" w:rsidRDefault="00D31E65">
      <w:pPr>
        <w:pStyle w:val="ListBullet"/>
        <w:rPr>
          <w:rFonts w:ascii="Times New Roman" w:hAnsi="Times New Roman" w:cs="Times New Roman"/>
          <w:sz w:val="24"/>
          <w:szCs w:val="24"/>
        </w:rPr>
      </w:pPr>
      <w:r>
        <w:rPr>
          <w:rFonts w:ascii="Times New Roman" w:hAnsi="Times New Roman" w:cs="Times New Roman"/>
          <w:sz w:val="24"/>
          <w:szCs w:val="24"/>
        </w:rPr>
        <w:t>4</w:t>
      </w:r>
      <w:r w:rsidRPr="00D31E65">
        <w:rPr>
          <w:rFonts w:ascii="Times New Roman" w:hAnsi="Times New Roman" w:cs="Times New Roman"/>
          <w:sz w:val="24"/>
          <w:szCs w:val="24"/>
        </w:rPr>
        <w:t>.</w:t>
      </w:r>
      <w:r>
        <w:rPr>
          <w:rFonts w:ascii="Times New Roman" w:hAnsi="Times New Roman" w:cs="Times New Roman"/>
          <w:sz w:val="24"/>
          <w:szCs w:val="24"/>
        </w:rPr>
        <w:t>2</w:t>
      </w:r>
      <w:r w:rsidRPr="00D31E65">
        <w:rPr>
          <w:rFonts w:ascii="Times New Roman" w:hAnsi="Times New Roman" w:cs="Times New Roman"/>
          <w:sz w:val="24"/>
          <w:szCs w:val="24"/>
        </w:rPr>
        <w:t xml:space="preserve"> Survey Results and Discussion</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4.</w:t>
      </w:r>
      <w:r w:rsidR="00D31E65">
        <w:rPr>
          <w:rFonts w:ascii="Times New Roman" w:hAnsi="Times New Roman" w:cs="Times New Roman"/>
          <w:sz w:val="24"/>
          <w:szCs w:val="24"/>
        </w:rPr>
        <w:t>3</w:t>
      </w:r>
      <w:r w:rsidRPr="00D31E65">
        <w:rPr>
          <w:rFonts w:ascii="Times New Roman" w:hAnsi="Times New Roman" w:cs="Times New Roman"/>
          <w:sz w:val="24"/>
          <w:szCs w:val="24"/>
        </w:rPr>
        <w:t xml:space="preserve"> System Implementation Results (Test Results)</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4.</w:t>
      </w:r>
      <w:r w:rsidR="00D31E65">
        <w:rPr>
          <w:rFonts w:ascii="Times New Roman" w:hAnsi="Times New Roman" w:cs="Times New Roman"/>
          <w:sz w:val="24"/>
          <w:szCs w:val="24"/>
        </w:rPr>
        <w:t>4</w:t>
      </w:r>
      <w:r w:rsidRPr="00D31E65">
        <w:rPr>
          <w:rFonts w:ascii="Times New Roman" w:hAnsi="Times New Roman" w:cs="Times New Roman"/>
          <w:sz w:val="24"/>
          <w:szCs w:val="24"/>
        </w:rPr>
        <w:t xml:space="preserve"> Data Analysis</w:t>
      </w:r>
    </w:p>
    <w:p w:rsidR="00137943" w:rsidRPr="00D31E65" w:rsidRDefault="00000000">
      <w:pPr>
        <w:pStyle w:val="Heading2"/>
        <w:rPr>
          <w:rFonts w:ascii="Times New Roman" w:hAnsi="Times New Roman" w:cs="Times New Roman"/>
          <w:color w:val="auto"/>
          <w:sz w:val="24"/>
          <w:szCs w:val="24"/>
        </w:rPr>
      </w:pPr>
      <w:r w:rsidRPr="00D31E65">
        <w:rPr>
          <w:rFonts w:ascii="Times New Roman" w:hAnsi="Times New Roman" w:cs="Times New Roman"/>
          <w:color w:val="auto"/>
          <w:sz w:val="24"/>
          <w:szCs w:val="24"/>
        </w:rPr>
        <w:t>CHAPTER FIVE: DISCUSSION AND CONCLUSION</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5.0 Overview</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5.1 Discussion</w:t>
      </w:r>
    </w:p>
    <w:p w:rsidR="00137943" w:rsidRPr="00D31E65" w:rsidRDefault="00D31E65">
      <w:pPr>
        <w:pStyle w:val="ListBullet"/>
        <w:rPr>
          <w:rFonts w:ascii="Times New Roman" w:hAnsi="Times New Roman" w:cs="Times New Roman"/>
          <w:sz w:val="24"/>
          <w:szCs w:val="24"/>
        </w:rPr>
      </w:pPr>
      <w:r w:rsidRPr="00D31E65">
        <w:rPr>
          <w:rFonts w:ascii="Times New Roman" w:hAnsi="Times New Roman" w:cs="Times New Roman"/>
          <w:sz w:val="24"/>
          <w:szCs w:val="24"/>
        </w:rPr>
        <w:t>5.2 The Baseline Study</w:t>
      </w:r>
    </w:p>
    <w:p w:rsidR="00137943" w:rsidRPr="00D31E65" w:rsidRDefault="00D31E65">
      <w:pPr>
        <w:pStyle w:val="ListBullet"/>
        <w:rPr>
          <w:rFonts w:ascii="Times New Roman" w:hAnsi="Times New Roman" w:cs="Times New Roman"/>
          <w:sz w:val="24"/>
          <w:szCs w:val="24"/>
        </w:rPr>
      </w:pPr>
      <w:r w:rsidRPr="00D31E65">
        <w:rPr>
          <w:rFonts w:ascii="Times New Roman" w:hAnsi="Times New Roman" w:cs="Times New Roman"/>
          <w:sz w:val="24"/>
          <w:szCs w:val="24"/>
        </w:rPr>
        <w:t>5.3 Use of Technology</w:t>
      </w:r>
    </w:p>
    <w:p w:rsidR="00137943" w:rsidRPr="00D31E65" w:rsidRDefault="00D31E65">
      <w:pPr>
        <w:pStyle w:val="ListBullet"/>
        <w:rPr>
          <w:rFonts w:ascii="Times New Roman" w:hAnsi="Times New Roman" w:cs="Times New Roman"/>
          <w:sz w:val="24"/>
          <w:szCs w:val="24"/>
        </w:rPr>
      </w:pPr>
      <w:r w:rsidRPr="00D31E65">
        <w:rPr>
          <w:rFonts w:ascii="Times New Roman" w:hAnsi="Times New Roman" w:cs="Times New Roman"/>
          <w:sz w:val="24"/>
          <w:szCs w:val="24"/>
        </w:rPr>
        <w:t>5.4 Development of the System as a Solution</w:t>
      </w:r>
    </w:p>
    <w:p w:rsidR="00137943" w:rsidRPr="00D31E65" w:rsidRDefault="00D31E65">
      <w:pPr>
        <w:pStyle w:val="ListBullet"/>
        <w:rPr>
          <w:rFonts w:ascii="Times New Roman" w:hAnsi="Times New Roman" w:cs="Times New Roman"/>
          <w:sz w:val="24"/>
          <w:szCs w:val="24"/>
        </w:rPr>
      </w:pPr>
      <w:r w:rsidRPr="00D31E65">
        <w:rPr>
          <w:rFonts w:ascii="Times New Roman" w:hAnsi="Times New Roman" w:cs="Times New Roman"/>
          <w:sz w:val="24"/>
          <w:szCs w:val="24"/>
        </w:rPr>
        <w:t>5.5 Comparison with Other Similar Works</w:t>
      </w:r>
    </w:p>
    <w:p w:rsidR="00137943" w:rsidRPr="00D31E65" w:rsidRDefault="00D31E65">
      <w:pPr>
        <w:pStyle w:val="ListBullet"/>
        <w:rPr>
          <w:rFonts w:ascii="Times New Roman" w:hAnsi="Times New Roman" w:cs="Times New Roman"/>
          <w:sz w:val="24"/>
          <w:szCs w:val="24"/>
        </w:rPr>
      </w:pPr>
      <w:r w:rsidRPr="00D31E65">
        <w:rPr>
          <w:rFonts w:ascii="Times New Roman" w:hAnsi="Times New Roman" w:cs="Times New Roman"/>
          <w:sz w:val="24"/>
          <w:szCs w:val="24"/>
        </w:rPr>
        <w:t>5.6 Possible Applications</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5.</w:t>
      </w:r>
      <w:r w:rsidR="00D31E65" w:rsidRPr="00D31E65">
        <w:rPr>
          <w:rFonts w:ascii="Times New Roman" w:hAnsi="Times New Roman" w:cs="Times New Roman"/>
          <w:sz w:val="24"/>
          <w:szCs w:val="24"/>
        </w:rPr>
        <w:t>7</w:t>
      </w:r>
      <w:r w:rsidRPr="00D31E65">
        <w:rPr>
          <w:rFonts w:ascii="Times New Roman" w:hAnsi="Times New Roman" w:cs="Times New Roman"/>
          <w:sz w:val="24"/>
          <w:szCs w:val="24"/>
        </w:rPr>
        <w:t xml:space="preserve"> Summary</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5.</w:t>
      </w:r>
      <w:r w:rsidR="00D31E65" w:rsidRPr="00D31E65">
        <w:rPr>
          <w:rFonts w:ascii="Times New Roman" w:hAnsi="Times New Roman" w:cs="Times New Roman"/>
          <w:sz w:val="24"/>
          <w:szCs w:val="24"/>
        </w:rPr>
        <w:t>8</w:t>
      </w:r>
      <w:r w:rsidRPr="00D31E65">
        <w:rPr>
          <w:rFonts w:ascii="Times New Roman" w:hAnsi="Times New Roman" w:cs="Times New Roman"/>
          <w:sz w:val="24"/>
          <w:szCs w:val="24"/>
        </w:rPr>
        <w:t xml:space="preserve"> Conclusion</w:t>
      </w:r>
    </w:p>
    <w:p w:rsidR="00137943" w:rsidRPr="00D31E65" w:rsidRDefault="00000000">
      <w:pPr>
        <w:pStyle w:val="ListBullet"/>
        <w:rPr>
          <w:rFonts w:ascii="Times New Roman" w:hAnsi="Times New Roman" w:cs="Times New Roman"/>
          <w:sz w:val="24"/>
          <w:szCs w:val="24"/>
        </w:rPr>
      </w:pPr>
      <w:r w:rsidRPr="00D31E65">
        <w:rPr>
          <w:rFonts w:ascii="Times New Roman" w:hAnsi="Times New Roman" w:cs="Times New Roman"/>
          <w:sz w:val="24"/>
          <w:szCs w:val="24"/>
        </w:rPr>
        <w:t>5.</w:t>
      </w:r>
      <w:r w:rsidR="00D31E65" w:rsidRPr="00D31E65">
        <w:rPr>
          <w:rFonts w:ascii="Times New Roman" w:hAnsi="Times New Roman" w:cs="Times New Roman"/>
          <w:sz w:val="24"/>
          <w:szCs w:val="24"/>
        </w:rPr>
        <w:t>9</w:t>
      </w:r>
      <w:r w:rsidRPr="00D31E65">
        <w:rPr>
          <w:rFonts w:ascii="Times New Roman" w:hAnsi="Times New Roman" w:cs="Times New Roman"/>
          <w:sz w:val="24"/>
          <w:szCs w:val="24"/>
        </w:rPr>
        <w:t xml:space="preserve"> Future Works</w:t>
      </w:r>
    </w:p>
    <w:p w:rsidR="00137943" w:rsidRPr="00D31E65" w:rsidRDefault="00000000">
      <w:pPr>
        <w:pStyle w:val="Heading2"/>
        <w:rPr>
          <w:rFonts w:ascii="Times New Roman" w:hAnsi="Times New Roman" w:cs="Times New Roman"/>
          <w:color w:val="auto"/>
          <w:sz w:val="24"/>
          <w:szCs w:val="24"/>
        </w:rPr>
      </w:pPr>
      <w:r w:rsidRPr="00D31E65">
        <w:rPr>
          <w:rFonts w:ascii="Times New Roman" w:hAnsi="Times New Roman" w:cs="Times New Roman"/>
          <w:color w:val="auto"/>
          <w:sz w:val="24"/>
          <w:szCs w:val="24"/>
        </w:rPr>
        <w:lastRenderedPageBreak/>
        <w:t>REFERENCES</w:t>
      </w:r>
    </w:p>
    <w:p w:rsidR="00137943" w:rsidRPr="00D31E65" w:rsidRDefault="00000000">
      <w:pPr>
        <w:pStyle w:val="Heading2"/>
        <w:rPr>
          <w:rFonts w:ascii="Times New Roman" w:hAnsi="Times New Roman" w:cs="Times New Roman"/>
          <w:color w:val="auto"/>
          <w:sz w:val="24"/>
          <w:szCs w:val="24"/>
        </w:rPr>
      </w:pPr>
      <w:r w:rsidRPr="00D31E65">
        <w:rPr>
          <w:rFonts w:ascii="Times New Roman" w:hAnsi="Times New Roman" w:cs="Times New Roman"/>
          <w:color w:val="auto"/>
          <w:sz w:val="24"/>
          <w:szCs w:val="24"/>
        </w:rPr>
        <w:t>APPENDIX</w:t>
      </w:r>
    </w:p>
    <w:p w:rsidR="00137943" w:rsidRPr="00D31E65" w:rsidRDefault="00000000">
      <w:pPr>
        <w:rPr>
          <w:rFonts w:ascii="Times New Roman" w:hAnsi="Times New Roman" w:cs="Times New Roman"/>
          <w:sz w:val="24"/>
          <w:szCs w:val="24"/>
        </w:rPr>
      </w:pPr>
      <w:r w:rsidRPr="00D31E65">
        <w:rPr>
          <w:rFonts w:ascii="Times New Roman" w:hAnsi="Times New Roman" w:cs="Times New Roman"/>
          <w:sz w:val="24"/>
          <w:szCs w:val="24"/>
        </w:rPr>
        <w:t>• Algorithm or code</w:t>
      </w:r>
    </w:p>
    <w:p w:rsidR="00137943" w:rsidRPr="00D31E65" w:rsidRDefault="00000000">
      <w:pPr>
        <w:rPr>
          <w:rFonts w:ascii="Times New Roman" w:hAnsi="Times New Roman" w:cs="Times New Roman"/>
          <w:sz w:val="24"/>
          <w:szCs w:val="24"/>
        </w:rPr>
      </w:pPr>
      <w:r w:rsidRPr="00D31E65">
        <w:rPr>
          <w:rFonts w:ascii="Times New Roman" w:hAnsi="Times New Roman" w:cs="Times New Roman"/>
          <w:sz w:val="24"/>
          <w:szCs w:val="24"/>
        </w:rPr>
        <w:t>• Database Access Code sample</w:t>
      </w:r>
    </w:p>
    <w:p w:rsidR="00137943" w:rsidRPr="00D31E65" w:rsidRDefault="00000000">
      <w:pPr>
        <w:pStyle w:val="Heading1"/>
        <w:rPr>
          <w:color w:val="auto"/>
        </w:rPr>
      </w:pPr>
      <w:r w:rsidRPr="00D31E65">
        <w:rPr>
          <w:color w:val="auto"/>
        </w:rPr>
        <w:t>3. Formatting and Submission Guidelines</w:t>
      </w:r>
    </w:p>
    <w:p w:rsidR="00137943" w:rsidRPr="00404D94" w:rsidRDefault="00000000" w:rsidP="00404D94">
      <w:pPr>
        <w:rPr>
          <w:rFonts w:ascii="Times New Roman" w:hAnsi="Times New Roman" w:cs="Times New Roman"/>
          <w:sz w:val="24"/>
          <w:szCs w:val="24"/>
        </w:rPr>
      </w:pPr>
      <w:r w:rsidRPr="00404D94">
        <w:rPr>
          <w:rFonts w:ascii="Times New Roman" w:hAnsi="Times New Roman" w:cs="Times New Roman"/>
          <w:b/>
          <w:bCs/>
          <w:sz w:val="24"/>
          <w:szCs w:val="24"/>
        </w:rPr>
        <w:t>Language</w:t>
      </w:r>
      <w:r w:rsidRPr="00404D94">
        <w:rPr>
          <w:rFonts w:ascii="Times New Roman" w:hAnsi="Times New Roman" w:cs="Times New Roman"/>
          <w:sz w:val="24"/>
          <w:szCs w:val="24"/>
        </w:rPr>
        <w:t>: The thesis must be written in English.</w:t>
      </w:r>
    </w:p>
    <w:p w:rsidR="00137943" w:rsidRPr="00404D94" w:rsidRDefault="00000000" w:rsidP="00404D94">
      <w:pPr>
        <w:rPr>
          <w:rFonts w:ascii="Times New Roman" w:hAnsi="Times New Roman" w:cs="Times New Roman"/>
          <w:sz w:val="24"/>
          <w:szCs w:val="24"/>
        </w:rPr>
      </w:pPr>
      <w:r w:rsidRPr="00404D94">
        <w:rPr>
          <w:rFonts w:ascii="Times New Roman" w:hAnsi="Times New Roman" w:cs="Times New Roman"/>
          <w:b/>
          <w:bCs/>
          <w:sz w:val="24"/>
          <w:szCs w:val="24"/>
        </w:rPr>
        <w:t>Page Layout:</w:t>
      </w:r>
      <w:r w:rsidRPr="00404D94">
        <w:rPr>
          <w:rFonts w:ascii="Times New Roman" w:hAnsi="Times New Roman" w:cs="Times New Roman"/>
          <w:sz w:val="24"/>
          <w:szCs w:val="24"/>
        </w:rPr>
        <w:t xml:space="preserve"> Standard formatting with appropriate font size and line spacing.</w:t>
      </w:r>
    </w:p>
    <w:p w:rsidR="00137943" w:rsidRPr="00404D94" w:rsidRDefault="00000000" w:rsidP="00404D94">
      <w:pPr>
        <w:rPr>
          <w:rFonts w:ascii="Times New Roman" w:hAnsi="Times New Roman" w:cs="Times New Roman"/>
          <w:b/>
          <w:bCs/>
          <w:sz w:val="24"/>
          <w:szCs w:val="24"/>
        </w:rPr>
      </w:pPr>
      <w:r w:rsidRPr="00404D94">
        <w:rPr>
          <w:rFonts w:ascii="Times New Roman" w:hAnsi="Times New Roman" w:cs="Times New Roman"/>
          <w:b/>
          <w:bCs/>
          <w:sz w:val="24"/>
          <w:szCs w:val="24"/>
        </w:rPr>
        <w:t>Length:</w:t>
      </w:r>
    </w:p>
    <w:p w:rsidR="00137943" w:rsidRPr="007878BB" w:rsidRDefault="00000000" w:rsidP="00D31E65">
      <w:pPr>
        <w:pStyle w:val="ListParagraph"/>
        <w:numPr>
          <w:ilvl w:val="0"/>
          <w:numId w:val="16"/>
        </w:numPr>
        <w:rPr>
          <w:rFonts w:ascii="Times New Roman" w:hAnsi="Times New Roman" w:cs="Times New Roman"/>
          <w:sz w:val="24"/>
          <w:szCs w:val="24"/>
        </w:rPr>
      </w:pPr>
      <w:r w:rsidRPr="007878BB">
        <w:rPr>
          <w:rFonts w:ascii="Times New Roman" w:hAnsi="Times New Roman" w:cs="Times New Roman"/>
          <w:sz w:val="24"/>
          <w:szCs w:val="24"/>
        </w:rPr>
        <w:t xml:space="preserve">Bachelor's thesis: </w:t>
      </w:r>
      <w:r w:rsidR="00D31E65" w:rsidRPr="007878BB">
        <w:rPr>
          <w:rFonts w:ascii="Times New Roman" w:hAnsi="Times New Roman" w:cs="Times New Roman"/>
          <w:sz w:val="24"/>
          <w:szCs w:val="24"/>
        </w:rPr>
        <w:t>80</w:t>
      </w:r>
      <w:r w:rsidRPr="007878BB">
        <w:rPr>
          <w:rFonts w:ascii="Times New Roman" w:hAnsi="Times New Roman" w:cs="Times New Roman"/>
          <w:sz w:val="24"/>
          <w:szCs w:val="24"/>
        </w:rPr>
        <w:t>-</w:t>
      </w:r>
      <w:r w:rsidR="00D31E65" w:rsidRPr="007878BB">
        <w:rPr>
          <w:rFonts w:ascii="Times New Roman" w:hAnsi="Times New Roman" w:cs="Times New Roman"/>
          <w:sz w:val="24"/>
          <w:szCs w:val="24"/>
        </w:rPr>
        <w:t>100</w:t>
      </w:r>
      <w:r w:rsidRPr="007878BB">
        <w:rPr>
          <w:rFonts w:ascii="Times New Roman" w:hAnsi="Times New Roman" w:cs="Times New Roman"/>
          <w:sz w:val="24"/>
          <w:szCs w:val="24"/>
        </w:rPr>
        <w:t xml:space="preserve"> pages</w:t>
      </w:r>
    </w:p>
    <w:p w:rsidR="00137943" w:rsidRPr="007878BB" w:rsidRDefault="00000000" w:rsidP="00D31E65">
      <w:pPr>
        <w:pStyle w:val="ListParagraph"/>
        <w:numPr>
          <w:ilvl w:val="0"/>
          <w:numId w:val="16"/>
        </w:numPr>
        <w:rPr>
          <w:rFonts w:ascii="Times New Roman" w:hAnsi="Times New Roman" w:cs="Times New Roman"/>
          <w:sz w:val="24"/>
          <w:szCs w:val="24"/>
        </w:rPr>
      </w:pPr>
      <w:r w:rsidRPr="007878BB">
        <w:rPr>
          <w:rFonts w:ascii="Times New Roman" w:hAnsi="Times New Roman" w:cs="Times New Roman"/>
          <w:sz w:val="24"/>
          <w:szCs w:val="24"/>
        </w:rPr>
        <w:t xml:space="preserve">Master's thesis: </w:t>
      </w:r>
      <w:r w:rsidR="00D31E65" w:rsidRPr="007878BB">
        <w:rPr>
          <w:rFonts w:ascii="Times New Roman" w:hAnsi="Times New Roman" w:cs="Times New Roman"/>
          <w:sz w:val="24"/>
          <w:szCs w:val="24"/>
        </w:rPr>
        <w:t>100</w:t>
      </w:r>
      <w:r w:rsidRPr="007878BB">
        <w:rPr>
          <w:rFonts w:ascii="Times New Roman" w:hAnsi="Times New Roman" w:cs="Times New Roman"/>
          <w:sz w:val="24"/>
          <w:szCs w:val="24"/>
        </w:rPr>
        <w:t>-1</w:t>
      </w:r>
      <w:r w:rsidR="00D31E65" w:rsidRPr="007878BB">
        <w:rPr>
          <w:rFonts w:ascii="Times New Roman" w:hAnsi="Times New Roman" w:cs="Times New Roman"/>
          <w:sz w:val="24"/>
          <w:szCs w:val="24"/>
        </w:rPr>
        <w:t>2</w:t>
      </w:r>
      <w:r w:rsidRPr="007878BB">
        <w:rPr>
          <w:rFonts w:ascii="Times New Roman" w:hAnsi="Times New Roman" w:cs="Times New Roman"/>
          <w:sz w:val="24"/>
          <w:szCs w:val="24"/>
        </w:rPr>
        <w:t>0 pages</w:t>
      </w:r>
    </w:p>
    <w:p w:rsidR="00137943" w:rsidRPr="00404D94" w:rsidRDefault="00000000">
      <w:pPr>
        <w:rPr>
          <w:rFonts w:ascii="Times New Roman" w:hAnsi="Times New Roman" w:cs="Times New Roman"/>
          <w:b/>
          <w:bCs/>
          <w:sz w:val="24"/>
          <w:szCs w:val="24"/>
        </w:rPr>
      </w:pPr>
      <w:r w:rsidRPr="00404D94">
        <w:rPr>
          <w:rFonts w:ascii="Times New Roman" w:hAnsi="Times New Roman" w:cs="Times New Roman"/>
          <w:b/>
          <w:bCs/>
          <w:sz w:val="24"/>
          <w:szCs w:val="24"/>
        </w:rPr>
        <w:t>Submission:</w:t>
      </w:r>
    </w:p>
    <w:p w:rsidR="00137943" w:rsidRPr="007878BB" w:rsidRDefault="00000000" w:rsidP="00D31E65">
      <w:pPr>
        <w:pStyle w:val="ListParagraph"/>
        <w:numPr>
          <w:ilvl w:val="0"/>
          <w:numId w:val="18"/>
        </w:numPr>
        <w:rPr>
          <w:rFonts w:ascii="Times New Roman" w:hAnsi="Times New Roman" w:cs="Times New Roman"/>
          <w:sz w:val="24"/>
          <w:szCs w:val="24"/>
        </w:rPr>
      </w:pPr>
      <w:r w:rsidRPr="007878BB">
        <w:rPr>
          <w:rFonts w:ascii="Times New Roman" w:hAnsi="Times New Roman" w:cs="Times New Roman"/>
          <w:sz w:val="24"/>
          <w:szCs w:val="24"/>
        </w:rPr>
        <w:t>Paper format submission.</w:t>
      </w:r>
    </w:p>
    <w:p w:rsidR="00137943" w:rsidRDefault="00000000" w:rsidP="00D31E65">
      <w:pPr>
        <w:pStyle w:val="ListParagraph"/>
        <w:numPr>
          <w:ilvl w:val="0"/>
          <w:numId w:val="18"/>
        </w:numPr>
        <w:rPr>
          <w:rFonts w:ascii="Times New Roman" w:hAnsi="Times New Roman" w:cs="Times New Roman"/>
          <w:sz w:val="24"/>
          <w:szCs w:val="24"/>
        </w:rPr>
      </w:pPr>
      <w:r w:rsidRPr="007878BB">
        <w:rPr>
          <w:rFonts w:ascii="Times New Roman" w:hAnsi="Times New Roman" w:cs="Times New Roman"/>
          <w:sz w:val="24"/>
          <w:szCs w:val="24"/>
        </w:rPr>
        <w:t>Electronic submission on ICU DSPACE.</w:t>
      </w:r>
    </w:p>
    <w:p w:rsidR="00314259" w:rsidRPr="007878BB" w:rsidRDefault="00314259" w:rsidP="00D31E65">
      <w:pPr>
        <w:pStyle w:val="ListParagraph"/>
        <w:numPr>
          <w:ilvl w:val="0"/>
          <w:numId w:val="18"/>
        </w:numPr>
        <w:rPr>
          <w:rFonts w:ascii="Times New Roman" w:hAnsi="Times New Roman" w:cs="Times New Roman"/>
          <w:sz w:val="24"/>
          <w:szCs w:val="24"/>
        </w:rPr>
      </w:pPr>
      <w:r w:rsidRPr="00314259">
        <w:rPr>
          <w:rFonts w:ascii="Times New Roman" w:hAnsi="Times New Roman" w:cs="Times New Roman"/>
          <w:sz w:val="24"/>
          <w:szCs w:val="24"/>
        </w:rPr>
        <w:t>All software must be hosted on the school server.</w:t>
      </w:r>
    </w:p>
    <w:sectPr w:rsidR="00314259" w:rsidRPr="007878BB" w:rsidSect="00034616">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80786" w:rsidRDefault="00180786" w:rsidP="00303792">
      <w:pPr>
        <w:spacing w:after="0" w:line="240" w:lineRule="auto"/>
      </w:pPr>
      <w:r>
        <w:separator/>
      </w:r>
    </w:p>
  </w:endnote>
  <w:endnote w:type="continuationSeparator" w:id="0">
    <w:p w:rsidR="00180786" w:rsidRDefault="00180786" w:rsidP="003037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4105281"/>
      <w:docPartObj>
        <w:docPartGallery w:val="Page Numbers (Bottom of Page)"/>
        <w:docPartUnique/>
      </w:docPartObj>
    </w:sdtPr>
    <w:sdtEndPr>
      <w:rPr>
        <w:color w:val="7F7F7F" w:themeColor="background1" w:themeShade="7F"/>
        <w:spacing w:val="60"/>
      </w:rPr>
    </w:sdtEndPr>
    <w:sdtContent>
      <w:p w:rsidR="00303792" w:rsidRDefault="00303792">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rsidR="00303792" w:rsidRDefault="003037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80786" w:rsidRDefault="00180786" w:rsidP="00303792">
      <w:pPr>
        <w:spacing w:after="0" w:line="240" w:lineRule="auto"/>
      </w:pPr>
      <w:r>
        <w:separator/>
      </w:r>
    </w:p>
  </w:footnote>
  <w:footnote w:type="continuationSeparator" w:id="0">
    <w:p w:rsidR="00180786" w:rsidRDefault="00180786" w:rsidP="003037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144CF6D6"/>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0E4468F"/>
    <w:multiLevelType w:val="hybridMultilevel"/>
    <w:tmpl w:val="2A80C38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F00202"/>
    <w:multiLevelType w:val="hybridMultilevel"/>
    <w:tmpl w:val="3F9C8ED8"/>
    <w:lvl w:ilvl="0" w:tplc="98603308">
      <w:start w:val="5"/>
      <w:numFmt w:val="bullet"/>
      <w:lvlText w:val="-"/>
      <w:lvlJc w:val="left"/>
      <w:pPr>
        <w:ind w:left="460" w:hanging="360"/>
      </w:pPr>
      <w:rPr>
        <w:rFonts w:ascii="Cambria" w:eastAsiaTheme="minorEastAsia" w:hAnsi="Cambria" w:cstheme="minorBidi" w:hint="default"/>
      </w:rPr>
    </w:lvl>
    <w:lvl w:ilvl="1" w:tplc="04090003" w:tentative="1">
      <w:start w:val="1"/>
      <w:numFmt w:val="bullet"/>
      <w:lvlText w:val="o"/>
      <w:lvlJc w:val="left"/>
      <w:pPr>
        <w:ind w:left="1180" w:hanging="360"/>
      </w:pPr>
      <w:rPr>
        <w:rFonts w:ascii="Courier New" w:hAnsi="Courier New" w:cs="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cs="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cs="Courier New" w:hint="default"/>
      </w:rPr>
    </w:lvl>
    <w:lvl w:ilvl="8" w:tplc="04090005" w:tentative="1">
      <w:start w:val="1"/>
      <w:numFmt w:val="bullet"/>
      <w:lvlText w:val=""/>
      <w:lvlJc w:val="left"/>
      <w:pPr>
        <w:ind w:left="6220" w:hanging="360"/>
      </w:pPr>
      <w:rPr>
        <w:rFonts w:ascii="Wingdings" w:hAnsi="Wingdings" w:hint="default"/>
      </w:rPr>
    </w:lvl>
  </w:abstractNum>
  <w:abstractNum w:abstractNumId="11" w15:restartNumberingAfterBreak="0">
    <w:nsid w:val="35FA700C"/>
    <w:multiLevelType w:val="hybridMultilevel"/>
    <w:tmpl w:val="9A1CB590"/>
    <w:lvl w:ilvl="0" w:tplc="D4B24384">
      <w:start w:val="1"/>
      <w:numFmt w:val="decimal"/>
      <w:lvlText w:val="%1."/>
      <w:lvlJc w:val="left"/>
      <w:pPr>
        <w:ind w:left="720" w:hanging="360"/>
      </w:pPr>
      <w:rPr>
        <w:b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BCB75ED"/>
    <w:multiLevelType w:val="hybridMultilevel"/>
    <w:tmpl w:val="F60A834A"/>
    <w:lvl w:ilvl="0" w:tplc="FC54B4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DEA4E7B"/>
    <w:multiLevelType w:val="hybridMultilevel"/>
    <w:tmpl w:val="28F0CB3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3D555F"/>
    <w:multiLevelType w:val="hybridMultilevel"/>
    <w:tmpl w:val="CFFC98B6"/>
    <w:lvl w:ilvl="0" w:tplc="98603308">
      <w:start w:val="5"/>
      <w:numFmt w:val="bullet"/>
      <w:lvlText w:val="-"/>
      <w:lvlJc w:val="left"/>
      <w:pPr>
        <w:ind w:left="46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C1022E6"/>
    <w:multiLevelType w:val="hybridMultilevel"/>
    <w:tmpl w:val="FF10B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2857CD"/>
    <w:multiLevelType w:val="hybridMultilevel"/>
    <w:tmpl w:val="75327E1A"/>
    <w:lvl w:ilvl="0" w:tplc="068EC866">
      <w:start w:val="5"/>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0E4285B"/>
    <w:multiLevelType w:val="hybridMultilevel"/>
    <w:tmpl w:val="E10C471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77A455A"/>
    <w:multiLevelType w:val="hybridMultilevel"/>
    <w:tmpl w:val="887459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CD07E91"/>
    <w:multiLevelType w:val="hybridMultilevel"/>
    <w:tmpl w:val="205CB7DA"/>
    <w:lvl w:ilvl="0" w:tplc="B42C9F2E">
      <w:start w:val="5"/>
      <w:numFmt w:val="bullet"/>
      <w:lvlText w:val="-"/>
      <w:lvlJc w:val="left"/>
      <w:pPr>
        <w:ind w:left="460" w:hanging="360"/>
      </w:pPr>
      <w:rPr>
        <w:rFonts w:ascii="Cambria" w:eastAsiaTheme="minorEastAsia" w:hAnsi="Cambria" w:cstheme="minorBidi" w:hint="default"/>
      </w:rPr>
    </w:lvl>
    <w:lvl w:ilvl="1" w:tplc="04090003" w:tentative="1">
      <w:start w:val="1"/>
      <w:numFmt w:val="bullet"/>
      <w:lvlText w:val="o"/>
      <w:lvlJc w:val="left"/>
      <w:pPr>
        <w:ind w:left="1180" w:hanging="360"/>
      </w:pPr>
      <w:rPr>
        <w:rFonts w:ascii="Courier New" w:hAnsi="Courier New" w:cs="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cs="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cs="Courier New" w:hint="default"/>
      </w:rPr>
    </w:lvl>
    <w:lvl w:ilvl="8" w:tplc="04090005" w:tentative="1">
      <w:start w:val="1"/>
      <w:numFmt w:val="bullet"/>
      <w:lvlText w:val=""/>
      <w:lvlJc w:val="left"/>
      <w:pPr>
        <w:ind w:left="6220" w:hanging="360"/>
      </w:pPr>
      <w:rPr>
        <w:rFonts w:ascii="Wingdings" w:hAnsi="Wingdings" w:hint="default"/>
      </w:rPr>
    </w:lvl>
  </w:abstractNum>
  <w:num w:numId="1" w16cid:durableId="978609479">
    <w:abstractNumId w:val="8"/>
  </w:num>
  <w:num w:numId="2" w16cid:durableId="868180328">
    <w:abstractNumId w:val="6"/>
  </w:num>
  <w:num w:numId="3" w16cid:durableId="684984662">
    <w:abstractNumId w:val="5"/>
  </w:num>
  <w:num w:numId="4" w16cid:durableId="1244335097">
    <w:abstractNumId w:val="4"/>
  </w:num>
  <w:num w:numId="5" w16cid:durableId="1665010472">
    <w:abstractNumId w:val="7"/>
  </w:num>
  <w:num w:numId="6" w16cid:durableId="1563180420">
    <w:abstractNumId w:val="3"/>
  </w:num>
  <w:num w:numId="7" w16cid:durableId="155807538">
    <w:abstractNumId w:val="2"/>
  </w:num>
  <w:num w:numId="8" w16cid:durableId="589852003">
    <w:abstractNumId w:val="1"/>
  </w:num>
  <w:num w:numId="9" w16cid:durableId="14812014">
    <w:abstractNumId w:val="0"/>
  </w:num>
  <w:num w:numId="10" w16cid:durableId="1142504521">
    <w:abstractNumId w:val="7"/>
  </w:num>
  <w:num w:numId="11" w16cid:durableId="1378118479">
    <w:abstractNumId w:val="18"/>
  </w:num>
  <w:num w:numId="12" w16cid:durableId="313603488">
    <w:abstractNumId w:val="12"/>
  </w:num>
  <w:num w:numId="13" w16cid:durableId="821317246">
    <w:abstractNumId w:val="17"/>
  </w:num>
  <w:num w:numId="14" w16cid:durableId="951594652">
    <w:abstractNumId w:val="15"/>
  </w:num>
  <w:num w:numId="15" w16cid:durableId="2074348931">
    <w:abstractNumId w:val="16"/>
  </w:num>
  <w:num w:numId="16" w16cid:durableId="1451172097">
    <w:abstractNumId w:val="13"/>
  </w:num>
  <w:num w:numId="17" w16cid:durableId="99103986">
    <w:abstractNumId w:val="19"/>
  </w:num>
  <w:num w:numId="18" w16cid:durableId="1764186455">
    <w:abstractNumId w:val="9"/>
  </w:num>
  <w:num w:numId="19" w16cid:durableId="274530448">
    <w:abstractNumId w:val="10"/>
  </w:num>
  <w:num w:numId="20" w16cid:durableId="657195890">
    <w:abstractNumId w:val="14"/>
  </w:num>
  <w:num w:numId="21" w16cid:durableId="89878808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35BAB"/>
    <w:rsid w:val="0006063C"/>
    <w:rsid w:val="00071183"/>
    <w:rsid w:val="000E22AC"/>
    <w:rsid w:val="00137943"/>
    <w:rsid w:val="0015074B"/>
    <w:rsid w:val="00180786"/>
    <w:rsid w:val="00241083"/>
    <w:rsid w:val="0029639D"/>
    <w:rsid w:val="00303792"/>
    <w:rsid w:val="00314259"/>
    <w:rsid w:val="00326F90"/>
    <w:rsid w:val="0033290A"/>
    <w:rsid w:val="00404D94"/>
    <w:rsid w:val="005A28DF"/>
    <w:rsid w:val="00627F39"/>
    <w:rsid w:val="007878BB"/>
    <w:rsid w:val="00992F8E"/>
    <w:rsid w:val="00A72466"/>
    <w:rsid w:val="00AA1D8D"/>
    <w:rsid w:val="00B47730"/>
    <w:rsid w:val="00CB0664"/>
    <w:rsid w:val="00D31E65"/>
    <w:rsid w:val="00E45C85"/>
    <w:rsid w:val="00FC0EA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7EB81A5"/>
  <w14:defaultImageDpi w14:val="300"/>
  <w15:docId w15:val="{88C96CF6-E163-4804-B43E-16B434AFB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627</Words>
  <Characters>3574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4193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moses mupeta</cp:lastModifiedBy>
  <cp:revision>3</cp:revision>
  <dcterms:created xsi:type="dcterms:W3CDTF">2025-02-06T19:26:00Z</dcterms:created>
  <dcterms:modified xsi:type="dcterms:W3CDTF">2025-02-06T19:34:00Z</dcterms:modified>
  <cp:category/>
</cp:coreProperties>
</file>