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433F2" w:rsidRPr="00B2023E" w:rsidRDefault="00000000" w:rsidP="00A10934">
      <w:pPr>
        <w:pStyle w:val="Heading1"/>
        <w:jc w:val="center"/>
        <w:rPr>
          <w:rFonts w:ascii="Times New Roman" w:hAnsi="Times New Roman" w:cs="Times New Roman"/>
          <w:color w:val="auto"/>
        </w:rPr>
      </w:pPr>
      <w:r w:rsidRPr="00B2023E">
        <w:rPr>
          <w:rFonts w:ascii="Times New Roman" w:hAnsi="Times New Roman" w:cs="Times New Roman"/>
          <w:color w:val="auto"/>
        </w:rPr>
        <w:t>INFORMATION AND COMMUNICATIONS UNIVERSITY (ICU)</w:t>
      </w:r>
    </w:p>
    <w:p w:rsidR="005433F2" w:rsidRPr="00B2023E" w:rsidRDefault="00000000" w:rsidP="00A10934">
      <w:pPr>
        <w:pStyle w:val="Heading2"/>
        <w:jc w:val="center"/>
        <w:rPr>
          <w:rFonts w:ascii="Times New Roman" w:hAnsi="Times New Roman" w:cs="Times New Roman"/>
          <w:color w:val="auto"/>
        </w:rPr>
      </w:pPr>
      <w:r w:rsidRPr="00B2023E">
        <w:rPr>
          <w:rFonts w:ascii="Times New Roman" w:hAnsi="Times New Roman" w:cs="Times New Roman"/>
          <w:color w:val="auto"/>
        </w:rPr>
        <w:t>SCHOOL OF ENGINEERING</w:t>
      </w:r>
    </w:p>
    <w:p w:rsidR="005433F2" w:rsidRPr="00B2023E" w:rsidRDefault="00000000" w:rsidP="00A10934">
      <w:pPr>
        <w:pStyle w:val="Heading2"/>
        <w:jc w:val="center"/>
        <w:rPr>
          <w:rFonts w:ascii="Times New Roman" w:hAnsi="Times New Roman" w:cs="Times New Roman"/>
          <w:color w:val="auto"/>
        </w:rPr>
      </w:pPr>
      <w:r w:rsidRPr="00B2023E">
        <w:rPr>
          <w:rFonts w:ascii="Times New Roman" w:hAnsi="Times New Roman" w:cs="Times New Roman"/>
          <w:color w:val="auto"/>
        </w:rPr>
        <w:t>DEPARTMENT OF ICT</w:t>
      </w:r>
    </w:p>
    <w:p w:rsidR="005433F2" w:rsidRPr="00A10934" w:rsidRDefault="00000000" w:rsidP="00A10934">
      <w:pPr>
        <w:pStyle w:val="Heading1"/>
        <w:jc w:val="center"/>
        <w:rPr>
          <w:color w:val="auto"/>
        </w:rPr>
      </w:pPr>
      <w:r w:rsidRPr="00B2023E">
        <w:rPr>
          <w:rFonts w:ascii="Times New Roman" w:hAnsi="Times New Roman" w:cs="Times New Roman"/>
          <w:color w:val="auto"/>
        </w:rPr>
        <w:t>GENERAL GUIDELINES AND STRUCTURE FOR ICT PROJECTS</w:t>
      </w:r>
    </w:p>
    <w:p w:rsidR="00350822" w:rsidRDefault="00350822" w:rsidP="00350822"/>
    <w:p w:rsidR="00A10934" w:rsidRPr="00A10934" w:rsidRDefault="00A10934" w:rsidP="00A10934">
      <w:pPr>
        <w:jc w:val="center"/>
        <w:rPr>
          <w:rFonts w:ascii="Times New Roman" w:hAnsi="Times New Roman" w:cs="Times New Roman"/>
          <w:b/>
          <w:bCs/>
          <w:sz w:val="24"/>
          <w:szCs w:val="24"/>
        </w:rPr>
      </w:pPr>
      <w:r w:rsidRPr="00A10934">
        <w:rPr>
          <w:rFonts w:ascii="Times New Roman" w:hAnsi="Times New Roman" w:cs="Times New Roman"/>
          <w:b/>
          <w:bCs/>
          <w:sz w:val="24"/>
          <w:szCs w:val="24"/>
        </w:rPr>
        <w:t>GENERAL GUIDELINES AND STRUCTURE FOR BACHELOR’S AND MASTER’S RESEARCH PROPOSALS</w:t>
      </w:r>
    </w:p>
    <w:p w:rsidR="00A10934" w:rsidRDefault="00A10934" w:rsidP="00A10934"/>
    <w:p w:rsidR="00F36A2A" w:rsidRPr="00F36A2A" w:rsidRDefault="00F36A2A" w:rsidP="00F36A2A">
      <w:pPr>
        <w:spacing w:line="360" w:lineRule="auto"/>
        <w:jc w:val="both"/>
        <w:rPr>
          <w:rFonts w:ascii="Times New Roman" w:hAnsi="Times New Roman" w:cs="Times New Roman"/>
          <w:sz w:val="24"/>
          <w:szCs w:val="24"/>
        </w:rPr>
      </w:pPr>
      <w:r w:rsidRPr="00F36A2A">
        <w:rPr>
          <w:rFonts w:ascii="Times New Roman" w:hAnsi="Times New Roman" w:cs="Times New Roman"/>
          <w:sz w:val="24"/>
          <w:szCs w:val="24"/>
        </w:rPr>
        <w:t xml:space="preserve">This document provides the </w:t>
      </w:r>
      <w:r w:rsidRPr="00F36A2A">
        <w:rPr>
          <w:rFonts w:ascii="Times New Roman" w:hAnsi="Times New Roman" w:cs="Times New Roman"/>
          <w:b/>
          <w:bCs/>
          <w:sz w:val="24"/>
          <w:szCs w:val="24"/>
        </w:rPr>
        <w:t>General Guidelines and Structure for Bachelor’s and Master’s Research Proposals</w:t>
      </w:r>
      <w:r w:rsidRPr="00F36A2A">
        <w:rPr>
          <w:rFonts w:ascii="Times New Roman" w:hAnsi="Times New Roman" w:cs="Times New Roman"/>
          <w:sz w:val="24"/>
          <w:szCs w:val="24"/>
        </w:rPr>
        <w:t>. It outlines the key components, formatting requirements, and expectations to ensure a well-structured and academically sound proposal. Students should follow these guidelines carefully to meet the required standards for research submission.</w:t>
      </w: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I. RESEARCH PROPOSAL FORMAT</w:t>
      </w:r>
    </w:p>
    <w:p w:rsidR="00A10934" w:rsidRPr="00A10934" w:rsidRDefault="00A10934" w:rsidP="00A10934">
      <w:pPr>
        <w:rPr>
          <w:rFonts w:ascii="Times New Roman" w:hAnsi="Times New Roman" w:cs="Times New Roman"/>
          <w:b/>
          <w:bCs/>
        </w:rPr>
      </w:pPr>
      <w:r w:rsidRPr="00A10934">
        <w:rPr>
          <w:rFonts w:ascii="Times New Roman" w:hAnsi="Times New Roman" w:cs="Times New Roman"/>
          <w:b/>
          <w:bCs/>
        </w:rPr>
        <w:t>A) Title Page</w:t>
      </w:r>
    </w:p>
    <w:p w:rsidR="00A10934" w:rsidRPr="00A10934" w:rsidRDefault="00A10934" w:rsidP="00A10934">
      <w:pPr>
        <w:rPr>
          <w:rFonts w:ascii="Times New Roman" w:hAnsi="Times New Roman" w:cs="Times New Roman"/>
        </w:rPr>
      </w:pPr>
      <w:r w:rsidRPr="00A10934">
        <w:rPr>
          <w:rFonts w:ascii="Times New Roman" w:hAnsi="Times New Roman" w:cs="Times New Roman"/>
        </w:rPr>
        <w:t>The title page should include:</w:t>
      </w:r>
    </w:p>
    <w:p w:rsidR="00A10934" w:rsidRPr="00A10934" w:rsidRDefault="00A10934" w:rsidP="00A10934">
      <w:pPr>
        <w:numPr>
          <w:ilvl w:val="0"/>
          <w:numId w:val="10"/>
        </w:numPr>
        <w:rPr>
          <w:rFonts w:ascii="Times New Roman" w:hAnsi="Times New Roman" w:cs="Times New Roman"/>
          <w:sz w:val="24"/>
          <w:szCs w:val="24"/>
        </w:rPr>
      </w:pPr>
      <w:r w:rsidRPr="00A10934">
        <w:rPr>
          <w:rFonts w:ascii="Times New Roman" w:hAnsi="Times New Roman" w:cs="Times New Roman"/>
          <w:b/>
          <w:bCs/>
          <w:sz w:val="24"/>
          <w:szCs w:val="24"/>
        </w:rPr>
        <w:t>Title</w:t>
      </w:r>
    </w:p>
    <w:p w:rsidR="00A10934" w:rsidRPr="00A10934" w:rsidRDefault="00A10934" w:rsidP="00356B3C">
      <w:pPr>
        <w:numPr>
          <w:ilvl w:val="1"/>
          <w:numId w:val="14"/>
        </w:numPr>
        <w:spacing w:line="360" w:lineRule="auto"/>
        <w:rPr>
          <w:rFonts w:ascii="Times New Roman" w:hAnsi="Times New Roman" w:cs="Times New Roman"/>
          <w:sz w:val="24"/>
          <w:szCs w:val="24"/>
        </w:rPr>
      </w:pPr>
      <w:r w:rsidRPr="00A10934">
        <w:rPr>
          <w:rFonts w:ascii="Times New Roman" w:hAnsi="Times New Roman" w:cs="Times New Roman"/>
          <w:sz w:val="24"/>
          <w:szCs w:val="24"/>
        </w:rPr>
        <w:t>Should accurately reflect the content of the proposal.</w:t>
      </w:r>
    </w:p>
    <w:p w:rsidR="00A10934" w:rsidRPr="00A10934" w:rsidRDefault="00A10934" w:rsidP="00356B3C">
      <w:pPr>
        <w:numPr>
          <w:ilvl w:val="1"/>
          <w:numId w:val="14"/>
        </w:numPr>
        <w:spacing w:line="360" w:lineRule="auto"/>
        <w:rPr>
          <w:rFonts w:ascii="Times New Roman" w:hAnsi="Times New Roman" w:cs="Times New Roman"/>
          <w:sz w:val="24"/>
          <w:szCs w:val="24"/>
        </w:rPr>
      </w:pPr>
      <w:r w:rsidRPr="00A10934">
        <w:rPr>
          <w:rFonts w:ascii="Times New Roman" w:hAnsi="Times New Roman" w:cs="Times New Roman"/>
          <w:sz w:val="24"/>
          <w:szCs w:val="24"/>
        </w:rPr>
        <w:t>Must be fully explanatory when standing alone.</w:t>
      </w:r>
    </w:p>
    <w:p w:rsidR="00A10934" w:rsidRPr="00A10934" w:rsidRDefault="00A10934" w:rsidP="00356B3C">
      <w:pPr>
        <w:numPr>
          <w:ilvl w:val="1"/>
          <w:numId w:val="14"/>
        </w:numPr>
        <w:spacing w:line="360" w:lineRule="auto"/>
        <w:rPr>
          <w:rFonts w:ascii="Times New Roman" w:hAnsi="Times New Roman" w:cs="Times New Roman"/>
          <w:sz w:val="24"/>
          <w:szCs w:val="24"/>
        </w:rPr>
      </w:pPr>
      <w:r w:rsidRPr="00A10934">
        <w:rPr>
          <w:rFonts w:ascii="Times New Roman" w:hAnsi="Times New Roman" w:cs="Times New Roman"/>
          <w:sz w:val="24"/>
          <w:szCs w:val="24"/>
        </w:rPr>
        <w:t xml:space="preserve">Avoid redundancies such as </w:t>
      </w:r>
      <w:r w:rsidRPr="00A10934">
        <w:rPr>
          <w:rFonts w:ascii="Times New Roman" w:hAnsi="Times New Roman" w:cs="Times New Roman"/>
          <w:i/>
          <w:iCs/>
          <w:sz w:val="24"/>
          <w:szCs w:val="24"/>
        </w:rPr>
        <w:t>"A study of..."</w:t>
      </w:r>
      <w:r w:rsidRPr="00A10934">
        <w:rPr>
          <w:rFonts w:ascii="Times New Roman" w:hAnsi="Times New Roman" w:cs="Times New Roman"/>
          <w:sz w:val="24"/>
          <w:szCs w:val="24"/>
        </w:rPr>
        <w:t xml:space="preserve"> or </w:t>
      </w:r>
      <w:r w:rsidRPr="00A10934">
        <w:rPr>
          <w:rFonts w:ascii="Times New Roman" w:hAnsi="Times New Roman" w:cs="Times New Roman"/>
          <w:i/>
          <w:iCs/>
          <w:sz w:val="24"/>
          <w:szCs w:val="24"/>
        </w:rPr>
        <w:t>"An investigation of..."</w:t>
      </w:r>
      <w:r w:rsidRPr="00A10934">
        <w:rPr>
          <w:rFonts w:ascii="Times New Roman" w:hAnsi="Times New Roman" w:cs="Times New Roman"/>
          <w:sz w:val="24"/>
          <w:szCs w:val="24"/>
        </w:rPr>
        <w:t>.</w:t>
      </w:r>
    </w:p>
    <w:p w:rsidR="00A10934" w:rsidRPr="00A10934" w:rsidRDefault="00A10934" w:rsidP="00356B3C">
      <w:pPr>
        <w:numPr>
          <w:ilvl w:val="1"/>
          <w:numId w:val="14"/>
        </w:numPr>
        <w:spacing w:line="360" w:lineRule="auto"/>
        <w:rPr>
          <w:rFonts w:ascii="Times New Roman" w:hAnsi="Times New Roman" w:cs="Times New Roman"/>
          <w:sz w:val="24"/>
          <w:szCs w:val="24"/>
        </w:rPr>
      </w:pPr>
      <w:r w:rsidRPr="00A10934">
        <w:rPr>
          <w:rFonts w:ascii="Times New Roman" w:hAnsi="Times New Roman" w:cs="Times New Roman"/>
          <w:sz w:val="24"/>
          <w:szCs w:val="24"/>
        </w:rPr>
        <w:t>Abbreviations should not be used in the title.</w:t>
      </w:r>
    </w:p>
    <w:p w:rsidR="00A10934" w:rsidRPr="00A10934" w:rsidRDefault="00A10934" w:rsidP="00356B3C">
      <w:pPr>
        <w:numPr>
          <w:ilvl w:val="1"/>
          <w:numId w:val="14"/>
        </w:numPr>
        <w:spacing w:line="360" w:lineRule="auto"/>
        <w:rPr>
          <w:rFonts w:ascii="Times New Roman" w:hAnsi="Times New Roman" w:cs="Times New Roman"/>
          <w:sz w:val="24"/>
          <w:szCs w:val="24"/>
        </w:rPr>
      </w:pPr>
      <w:r w:rsidRPr="00A10934">
        <w:rPr>
          <w:rFonts w:ascii="Times New Roman" w:hAnsi="Times New Roman" w:cs="Times New Roman"/>
          <w:sz w:val="24"/>
          <w:szCs w:val="24"/>
        </w:rPr>
        <w:t>Scientific names should be italicized.</w:t>
      </w:r>
    </w:p>
    <w:p w:rsidR="00A10934" w:rsidRPr="00A10934" w:rsidRDefault="00A10934" w:rsidP="00356B3C">
      <w:pPr>
        <w:numPr>
          <w:ilvl w:val="1"/>
          <w:numId w:val="14"/>
        </w:numPr>
        <w:spacing w:line="360" w:lineRule="auto"/>
        <w:rPr>
          <w:rFonts w:ascii="Times New Roman" w:hAnsi="Times New Roman" w:cs="Times New Roman"/>
          <w:sz w:val="24"/>
          <w:szCs w:val="24"/>
        </w:rPr>
      </w:pPr>
      <w:r w:rsidRPr="00A10934">
        <w:rPr>
          <w:rFonts w:ascii="Times New Roman" w:hAnsi="Times New Roman" w:cs="Times New Roman"/>
          <w:sz w:val="24"/>
          <w:szCs w:val="24"/>
        </w:rPr>
        <w:t>The title should not exceed 20 words.</w:t>
      </w:r>
    </w:p>
    <w:p w:rsidR="00A10934" w:rsidRPr="00A10934" w:rsidRDefault="00A10934" w:rsidP="00A10934">
      <w:pPr>
        <w:numPr>
          <w:ilvl w:val="0"/>
          <w:numId w:val="10"/>
        </w:numPr>
        <w:rPr>
          <w:rFonts w:ascii="Times New Roman" w:hAnsi="Times New Roman" w:cs="Times New Roman"/>
          <w:sz w:val="24"/>
          <w:szCs w:val="24"/>
        </w:rPr>
      </w:pPr>
      <w:r w:rsidRPr="00A10934">
        <w:rPr>
          <w:rFonts w:ascii="Times New Roman" w:hAnsi="Times New Roman" w:cs="Times New Roman"/>
          <w:b/>
          <w:bCs/>
          <w:sz w:val="24"/>
          <w:szCs w:val="24"/>
        </w:rPr>
        <w:lastRenderedPageBreak/>
        <w:t>Author’s Name and Affiliation</w:t>
      </w:r>
    </w:p>
    <w:p w:rsidR="00A10934" w:rsidRPr="00A10934" w:rsidRDefault="00A10934" w:rsidP="00A10934">
      <w:pPr>
        <w:pStyle w:val="ListParagraph"/>
        <w:numPr>
          <w:ilvl w:val="0"/>
          <w:numId w:val="13"/>
        </w:numPr>
        <w:rPr>
          <w:rFonts w:ascii="Times New Roman" w:hAnsi="Times New Roman" w:cs="Times New Roman"/>
        </w:rPr>
      </w:pPr>
      <w:r w:rsidRPr="00A10934">
        <w:rPr>
          <w:rFonts w:ascii="Times New Roman" w:hAnsi="Times New Roman" w:cs="Times New Roman"/>
        </w:rPr>
        <w:t xml:space="preserve">The preferred format for names is </w:t>
      </w:r>
      <w:r w:rsidRPr="00A10934">
        <w:rPr>
          <w:rFonts w:ascii="Times New Roman" w:hAnsi="Times New Roman" w:cs="Times New Roman"/>
          <w:i/>
          <w:iCs/>
        </w:rPr>
        <w:t>First Name, Middle Name, Last Name</w:t>
      </w:r>
      <w:r w:rsidRPr="00A10934">
        <w:rPr>
          <w:rFonts w:ascii="Times New Roman" w:hAnsi="Times New Roman" w:cs="Times New Roman"/>
        </w:rPr>
        <w:t xml:space="preserve"> (avoid initials).</w:t>
      </w:r>
    </w:p>
    <w:p w:rsidR="00A10934" w:rsidRPr="00A10934" w:rsidRDefault="00A10934" w:rsidP="00A10934">
      <w:pPr>
        <w:pStyle w:val="ListParagraph"/>
        <w:numPr>
          <w:ilvl w:val="0"/>
          <w:numId w:val="13"/>
        </w:numPr>
        <w:rPr>
          <w:rFonts w:ascii="Times New Roman" w:hAnsi="Times New Roman" w:cs="Times New Roman"/>
        </w:rPr>
      </w:pPr>
      <w:r w:rsidRPr="00A10934">
        <w:rPr>
          <w:rFonts w:ascii="Times New Roman" w:hAnsi="Times New Roman" w:cs="Times New Roman"/>
        </w:rPr>
        <w:t xml:space="preserve">Do not include titles such as </w:t>
      </w:r>
      <w:r w:rsidRPr="00A10934">
        <w:rPr>
          <w:rFonts w:ascii="Times New Roman" w:hAnsi="Times New Roman" w:cs="Times New Roman"/>
          <w:i/>
          <w:iCs/>
        </w:rPr>
        <w:t>Dr.</w:t>
      </w:r>
      <w:r w:rsidRPr="00A10934">
        <w:rPr>
          <w:rFonts w:ascii="Times New Roman" w:hAnsi="Times New Roman" w:cs="Times New Roman"/>
        </w:rPr>
        <w:t xml:space="preserve">, </w:t>
      </w:r>
      <w:r w:rsidRPr="00A10934">
        <w:rPr>
          <w:rFonts w:ascii="Times New Roman" w:hAnsi="Times New Roman" w:cs="Times New Roman"/>
          <w:i/>
          <w:iCs/>
        </w:rPr>
        <w:t>Prof.</w:t>
      </w:r>
      <w:r w:rsidRPr="00A10934">
        <w:rPr>
          <w:rFonts w:ascii="Times New Roman" w:hAnsi="Times New Roman" w:cs="Times New Roman"/>
        </w:rPr>
        <w:t>, etc.</w:t>
      </w:r>
    </w:p>
    <w:p w:rsidR="00A10934" w:rsidRPr="00A10934" w:rsidRDefault="00A10934" w:rsidP="00A10934">
      <w:pPr>
        <w:pStyle w:val="ListParagraph"/>
        <w:numPr>
          <w:ilvl w:val="0"/>
          <w:numId w:val="13"/>
        </w:numPr>
        <w:rPr>
          <w:rFonts w:ascii="Times New Roman" w:hAnsi="Times New Roman" w:cs="Times New Roman"/>
        </w:rPr>
      </w:pPr>
      <w:r w:rsidRPr="00A10934">
        <w:rPr>
          <w:rFonts w:ascii="Times New Roman" w:hAnsi="Times New Roman" w:cs="Times New Roman"/>
        </w:rPr>
        <w:t>Clearly state the affiliation as follows:</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i/>
          <w:iCs/>
          <w:sz w:val="24"/>
          <w:szCs w:val="24"/>
        </w:rPr>
        <w:t>"A research proposal submitted to the Department of ICT, School of Engineering, in partial fulfillment of the requirements for the award of the degree of [Bachelor’s/Master’s] in [Program Name] at the Information and Communications University (ICU)."</w:t>
      </w:r>
    </w:p>
    <w:p w:rsidR="00A10934" w:rsidRPr="00A10934" w:rsidRDefault="00A10934" w:rsidP="00A10934">
      <w:pPr>
        <w:pStyle w:val="ListParagraph"/>
        <w:numPr>
          <w:ilvl w:val="0"/>
          <w:numId w:val="12"/>
        </w:numPr>
        <w:ind w:left="1260"/>
        <w:rPr>
          <w:rFonts w:ascii="Times New Roman" w:hAnsi="Times New Roman" w:cs="Times New Roman"/>
        </w:rPr>
      </w:pPr>
      <w:r w:rsidRPr="00A10934">
        <w:rPr>
          <w:rFonts w:ascii="Times New Roman" w:hAnsi="Times New Roman" w:cs="Times New Roman"/>
        </w:rPr>
        <w:t>The year of submission should be placed at the bottom of the page.</w:t>
      </w: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Note:</w:t>
      </w:r>
    </w:p>
    <w:p w:rsidR="00A10934" w:rsidRPr="00A10934" w:rsidRDefault="00A10934" w:rsidP="00A10934">
      <w:pPr>
        <w:spacing w:line="360" w:lineRule="auto"/>
        <w:jc w:val="both"/>
        <w:rPr>
          <w:rFonts w:ascii="Times New Roman" w:hAnsi="Times New Roman" w:cs="Times New Roman"/>
          <w:sz w:val="24"/>
          <w:szCs w:val="24"/>
        </w:rPr>
      </w:pPr>
      <w:r w:rsidRPr="00A10934">
        <w:rPr>
          <w:rFonts w:ascii="Times New Roman" w:hAnsi="Times New Roman" w:cs="Times New Roman"/>
          <w:sz w:val="24"/>
          <w:szCs w:val="24"/>
        </w:rPr>
        <w:t xml:space="preserve">For spiral-bound proposals, the cover page should include the </w:t>
      </w:r>
      <w:r w:rsidRPr="00A10934">
        <w:rPr>
          <w:rFonts w:ascii="Times New Roman" w:hAnsi="Times New Roman" w:cs="Times New Roman"/>
          <w:b/>
          <w:bCs/>
          <w:sz w:val="24"/>
          <w:szCs w:val="24"/>
        </w:rPr>
        <w:t>title, author, and affiliation</w:t>
      </w:r>
      <w:r w:rsidRPr="00A10934">
        <w:rPr>
          <w:rFonts w:ascii="Times New Roman" w:hAnsi="Times New Roman" w:cs="Times New Roman"/>
          <w:sz w:val="24"/>
          <w:szCs w:val="24"/>
        </w:rPr>
        <w:t xml:space="preserve">, all centered on a single page. The </w:t>
      </w:r>
      <w:r w:rsidRPr="00A10934">
        <w:rPr>
          <w:rFonts w:ascii="Times New Roman" w:hAnsi="Times New Roman" w:cs="Times New Roman"/>
          <w:b/>
          <w:bCs/>
          <w:sz w:val="24"/>
          <w:szCs w:val="24"/>
        </w:rPr>
        <w:t>title page should not have a page number.</w:t>
      </w: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B) Declaration</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sz w:val="24"/>
          <w:szCs w:val="24"/>
        </w:rPr>
        <w:t>The declaration section must include signed statements from both the candidate and the supervisor(s).</w:t>
      </w: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Candidate’s Declaration:</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i/>
          <w:iCs/>
          <w:sz w:val="24"/>
          <w:szCs w:val="24"/>
        </w:rPr>
        <w:t>"I declare that this proposal is my original work and has not been presented for a degree at any other university."</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b/>
          <w:bCs/>
          <w:sz w:val="24"/>
          <w:szCs w:val="24"/>
        </w:rPr>
        <w:t>Name:</w:t>
      </w:r>
      <w:r w:rsidRPr="00A10934">
        <w:rPr>
          <w:rFonts w:ascii="Times New Roman" w:hAnsi="Times New Roman" w:cs="Times New Roman"/>
          <w:sz w:val="24"/>
          <w:szCs w:val="24"/>
        </w:rPr>
        <w:t xml:space="preserve"> ________________________</w:t>
      </w:r>
      <w:r w:rsidRPr="00A10934">
        <w:rPr>
          <w:rFonts w:ascii="Times New Roman" w:hAnsi="Times New Roman" w:cs="Times New Roman"/>
          <w:sz w:val="24"/>
          <w:szCs w:val="24"/>
        </w:rPr>
        <w:br/>
      </w:r>
      <w:r w:rsidRPr="00A10934">
        <w:rPr>
          <w:rFonts w:ascii="Times New Roman" w:hAnsi="Times New Roman" w:cs="Times New Roman"/>
          <w:b/>
          <w:bCs/>
          <w:sz w:val="24"/>
          <w:szCs w:val="24"/>
        </w:rPr>
        <w:t>Signature:</w:t>
      </w:r>
      <w:r w:rsidRPr="00A10934">
        <w:rPr>
          <w:rFonts w:ascii="Times New Roman" w:hAnsi="Times New Roman" w:cs="Times New Roman"/>
          <w:sz w:val="24"/>
          <w:szCs w:val="24"/>
        </w:rPr>
        <w:t xml:space="preserve"> ________________________</w:t>
      </w:r>
      <w:r w:rsidRPr="00A10934">
        <w:rPr>
          <w:rFonts w:ascii="Times New Roman" w:hAnsi="Times New Roman" w:cs="Times New Roman"/>
          <w:sz w:val="24"/>
          <w:szCs w:val="24"/>
        </w:rPr>
        <w:br/>
      </w:r>
      <w:r w:rsidRPr="00A10934">
        <w:rPr>
          <w:rFonts w:ascii="Times New Roman" w:hAnsi="Times New Roman" w:cs="Times New Roman"/>
          <w:b/>
          <w:bCs/>
          <w:sz w:val="24"/>
          <w:szCs w:val="24"/>
        </w:rPr>
        <w:t>Date:</w:t>
      </w:r>
      <w:r w:rsidRPr="00A10934">
        <w:rPr>
          <w:rFonts w:ascii="Times New Roman" w:hAnsi="Times New Roman" w:cs="Times New Roman"/>
          <w:sz w:val="24"/>
          <w:szCs w:val="24"/>
        </w:rPr>
        <w:t xml:space="preserve"> ________________________</w:t>
      </w: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Supervisor’s Approval:</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i/>
          <w:iCs/>
          <w:sz w:val="24"/>
          <w:szCs w:val="24"/>
        </w:rPr>
        <w:t>"This proposal has been submitted for examination with my/our approval as university supervisors."</w:t>
      </w:r>
    </w:p>
    <w:p w:rsidR="00A10934" w:rsidRPr="00A10934" w:rsidRDefault="00A10934" w:rsidP="00A10934">
      <w:r w:rsidRPr="00A10934">
        <w:rPr>
          <w:b/>
          <w:bCs/>
        </w:rPr>
        <w:t>Supervisor 1:</w:t>
      </w:r>
      <w:r w:rsidRPr="00A10934">
        <w:t xml:space="preserve"> ________________________ </w:t>
      </w:r>
      <w:r w:rsidRPr="00A10934">
        <w:rPr>
          <w:b/>
          <w:bCs/>
        </w:rPr>
        <w:t>Signature:</w:t>
      </w:r>
      <w:r w:rsidRPr="00A10934">
        <w:t xml:space="preserve"> __________ </w:t>
      </w:r>
      <w:r w:rsidRPr="00A10934">
        <w:rPr>
          <w:b/>
          <w:bCs/>
        </w:rPr>
        <w:t>Date:</w:t>
      </w:r>
      <w:r w:rsidRPr="00A10934">
        <w:t xml:space="preserve"> __________</w:t>
      </w:r>
      <w:r w:rsidRPr="00A10934">
        <w:br/>
      </w:r>
      <w:r w:rsidRPr="00A10934">
        <w:rPr>
          <w:b/>
          <w:bCs/>
        </w:rPr>
        <w:t>Supervisor 2:</w:t>
      </w:r>
      <w:r w:rsidRPr="00A10934">
        <w:t xml:space="preserve"> ________________________ </w:t>
      </w:r>
      <w:r w:rsidRPr="00A10934">
        <w:rPr>
          <w:b/>
          <w:bCs/>
        </w:rPr>
        <w:t>Signature:</w:t>
      </w:r>
      <w:r w:rsidRPr="00A10934">
        <w:t xml:space="preserve"> __________ </w:t>
      </w:r>
      <w:r w:rsidRPr="00A10934">
        <w:rPr>
          <w:b/>
          <w:bCs/>
        </w:rPr>
        <w:t>Date:</w:t>
      </w:r>
      <w:r w:rsidRPr="00A10934">
        <w:t xml:space="preserve"> __________</w:t>
      </w:r>
      <w:r w:rsidRPr="00A10934">
        <w:br/>
      </w:r>
      <w:r w:rsidRPr="00A10934">
        <w:rPr>
          <w:b/>
          <w:bCs/>
        </w:rPr>
        <w:t>Supervisor 3:</w:t>
      </w:r>
      <w:r w:rsidRPr="00A10934">
        <w:t xml:space="preserve"> ________________________ </w:t>
      </w:r>
      <w:r w:rsidRPr="00A10934">
        <w:rPr>
          <w:b/>
          <w:bCs/>
        </w:rPr>
        <w:t>Signature:</w:t>
      </w:r>
      <w:r w:rsidRPr="00A10934">
        <w:t xml:space="preserve"> __________ </w:t>
      </w:r>
      <w:r w:rsidRPr="00A10934">
        <w:rPr>
          <w:b/>
          <w:bCs/>
        </w:rPr>
        <w:t>Date:</w:t>
      </w:r>
      <w:r w:rsidRPr="00A10934">
        <w:t xml:space="preserve"> __________</w:t>
      </w:r>
    </w:p>
    <w:p w:rsidR="00A10934" w:rsidRPr="00A10934" w:rsidRDefault="00A10934" w:rsidP="00A10934">
      <w:pPr>
        <w:rPr>
          <w:rFonts w:ascii="Times New Roman" w:hAnsi="Times New Roman" w:cs="Times New Roman"/>
          <w:sz w:val="24"/>
          <w:szCs w:val="24"/>
        </w:rPr>
      </w:pP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C) Dedication (Optional)</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sz w:val="24"/>
          <w:szCs w:val="24"/>
        </w:rPr>
        <w:lastRenderedPageBreak/>
        <w:t>This section is optional and should be brief, typically expressing appreciation to individuals or groups.</w:t>
      </w:r>
    </w:p>
    <w:p w:rsidR="00A10934" w:rsidRPr="00A10934" w:rsidRDefault="00A10934" w:rsidP="00A10934">
      <w:pPr>
        <w:rPr>
          <w:rFonts w:ascii="Times New Roman" w:hAnsi="Times New Roman" w:cs="Times New Roman"/>
          <w:b/>
          <w:bCs/>
          <w:sz w:val="24"/>
          <w:szCs w:val="24"/>
        </w:rPr>
      </w:pPr>
      <w:r w:rsidRPr="00A10934">
        <w:rPr>
          <w:rFonts w:ascii="Times New Roman" w:hAnsi="Times New Roman" w:cs="Times New Roman"/>
          <w:b/>
          <w:bCs/>
          <w:sz w:val="24"/>
          <w:szCs w:val="24"/>
        </w:rPr>
        <w:t>D) Table of Contents</w:t>
      </w:r>
    </w:p>
    <w:p w:rsidR="00A10934" w:rsidRPr="00A10934" w:rsidRDefault="00A10934" w:rsidP="00A10934">
      <w:pPr>
        <w:numPr>
          <w:ilvl w:val="0"/>
          <w:numId w:val="11"/>
        </w:numPr>
        <w:rPr>
          <w:rFonts w:ascii="Times New Roman" w:hAnsi="Times New Roman" w:cs="Times New Roman"/>
          <w:sz w:val="24"/>
          <w:szCs w:val="24"/>
        </w:rPr>
      </w:pPr>
      <w:r w:rsidRPr="00A10934">
        <w:rPr>
          <w:rFonts w:ascii="Times New Roman" w:hAnsi="Times New Roman" w:cs="Times New Roman"/>
          <w:sz w:val="24"/>
          <w:szCs w:val="24"/>
        </w:rPr>
        <w:t xml:space="preserve">The </w:t>
      </w:r>
      <w:r w:rsidRPr="00A10934">
        <w:rPr>
          <w:rFonts w:ascii="Times New Roman" w:hAnsi="Times New Roman" w:cs="Times New Roman"/>
          <w:b/>
          <w:bCs/>
          <w:sz w:val="24"/>
          <w:szCs w:val="24"/>
        </w:rPr>
        <w:t>chapter titles</w:t>
      </w:r>
      <w:r w:rsidRPr="00A10934">
        <w:rPr>
          <w:rFonts w:ascii="Times New Roman" w:hAnsi="Times New Roman" w:cs="Times New Roman"/>
          <w:sz w:val="24"/>
          <w:szCs w:val="24"/>
        </w:rPr>
        <w:t xml:space="preserve"> should be in </w:t>
      </w:r>
      <w:r w:rsidRPr="00A10934">
        <w:rPr>
          <w:rFonts w:ascii="Times New Roman" w:hAnsi="Times New Roman" w:cs="Times New Roman"/>
          <w:b/>
          <w:bCs/>
          <w:sz w:val="24"/>
          <w:szCs w:val="24"/>
        </w:rPr>
        <w:t>UPPERCASE and bold</w:t>
      </w:r>
      <w:r w:rsidRPr="00A10934">
        <w:rPr>
          <w:rFonts w:ascii="Times New Roman" w:hAnsi="Times New Roman" w:cs="Times New Roman"/>
          <w:sz w:val="24"/>
          <w:szCs w:val="24"/>
        </w:rPr>
        <w:t>.</w:t>
      </w:r>
    </w:p>
    <w:p w:rsidR="00A10934" w:rsidRPr="00A10934" w:rsidRDefault="00A10934" w:rsidP="00A10934">
      <w:pPr>
        <w:numPr>
          <w:ilvl w:val="0"/>
          <w:numId w:val="11"/>
        </w:numPr>
        <w:rPr>
          <w:rFonts w:ascii="Times New Roman" w:hAnsi="Times New Roman" w:cs="Times New Roman"/>
          <w:sz w:val="24"/>
          <w:szCs w:val="24"/>
        </w:rPr>
      </w:pPr>
      <w:r w:rsidRPr="00A10934">
        <w:rPr>
          <w:rFonts w:ascii="Times New Roman" w:hAnsi="Times New Roman" w:cs="Times New Roman"/>
          <w:b/>
          <w:bCs/>
          <w:sz w:val="24"/>
          <w:szCs w:val="24"/>
        </w:rPr>
        <w:t>Subheadings</w:t>
      </w:r>
      <w:r w:rsidRPr="00A10934">
        <w:rPr>
          <w:rFonts w:ascii="Times New Roman" w:hAnsi="Times New Roman" w:cs="Times New Roman"/>
          <w:sz w:val="24"/>
          <w:szCs w:val="24"/>
        </w:rPr>
        <w:t xml:space="preserve"> should be in </w:t>
      </w:r>
      <w:r w:rsidRPr="00A10934">
        <w:rPr>
          <w:rFonts w:ascii="Times New Roman" w:hAnsi="Times New Roman" w:cs="Times New Roman"/>
          <w:b/>
          <w:bCs/>
          <w:sz w:val="24"/>
          <w:szCs w:val="24"/>
        </w:rPr>
        <w:t>Title Case</w:t>
      </w:r>
      <w:r w:rsidRPr="00A10934">
        <w:rPr>
          <w:rFonts w:ascii="Times New Roman" w:hAnsi="Times New Roman" w:cs="Times New Roman"/>
          <w:sz w:val="24"/>
          <w:szCs w:val="24"/>
        </w:rPr>
        <w:t xml:space="preserve"> and aligned properly.</w:t>
      </w:r>
    </w:p>
    <w:p w:rsidR="00A10934" w:rsidRPr="00A10934" w:rsidRDefault="00A10934" w:rsidP="00A10934">
      <w:pPr>
        <w:numPr>
          <w:ilvl w:val="0"/>
          <w:numId w:val="11"/>
        </w:numPr>
        <w:rPr>
          <w:rFonts w:ascii="Times New Roman" w:hAnsi="Times New Roman" w:cs="Times New Roman"/>
          <w:sz w:val="24"/>
          <w:szCs w:val="24"/>
        </w:rPr>
      </w:pPr>
      <w:r w:rsidRPr="00A10934">
        <w:rPr>
          <w:rFonts w:ascii="Times New Roman" w:hAnsi="Times New Roman" w:cs="Times New Roman"/>
          <w:sz w:val="24"/>
          <w:szCs w:val="24"/>
        </w:rPr>
        <w:t xml:space="preserve">The format should be </w:t>
      </w:r>
      <w:r w:rsidRPr="00A10934">
        <w:rPr>
          <w:rFonts w:ascii="Times New Roman" w:hAnsi="Times New Roman" w:cs="Times New Roman"/>
          <w:b/>
          <w:bCs/>
          <w:sz w:val="24"/>
          <w:szCs w:val="24"/>
        </w:rPr>
        <w:t>single-spaced</w:t>
      </w:r>
      <w:r w:rsidRPr="00A10934">
        <w:rPr>
          <w:rFonts w:ascii="Times New Roman" w:hAnsi="Times New Roman" w:cs="Times New Roman"/>
          <w:sz w:val="24"/>
          <w:szCs w:val="24"/>
        </w:rPr>
        <w:t xml:space="preserve"> for readability.</w:t>
      </w:r>
    </w:p>
    <w:p w:rsidR="00A10934" w:rsidRPr="00A10934" w:rsidRDefault="00A10934" w:rsidP="00A10934">
      <w:pPr>
        <w:numPr>
          <w:ilvl w:val="0"/>
          <w:numId w:val="11"/>
        </w:numPr>
        <w:rPr>
          <w:rFonts w:ascii="Times New Roman" w:hAnsi="Times New Roman" w:cs="Times New Roman"/>
          <w:sz w:val="24"/>
          <w:szCs w:val="24"/>
        </w:rPr>
      </w:pPr>
      <w:r w:rsidRPr="00A10934">
        <w:rPr>
          <w:rFonts w:ascii="Times New Roman" w:hAnsi="Times New Roman" w:cs="Times New Roman"/>
          <w:sz w:val="24"/>
          <w:szCs w:val="24"/>
        </w:rPr>
        <w:t xml:space="preserve">Ensure consistency in the use of </w:t>
      </w:r>
      <w:r w:rsidRPr="00A10934">
        <w:rPr>
          <w:rFonts w:ascii="Times New Roman" w:hAnsi="Times New Roman" w:cs="Times New Roman"/>
          <w:b/>
          <w:bCs/>
          <w:sz w:val="24"/>
          <w:szCs w:val="24"/>
        </w:rPr>
        <w:t>headings and subheadings</w:t>
      </w:r>
      <w:r w:rsidRPr="00A10934">
        <w:rPr>
          <w:rFonts w:ascii="Times New Roman" w:hAnsi="Times New Roman" w:cs="Times New Roman"/>
          <w:sz w:val="24"/>
          <w:szCs w:val="24"/>
        </w:rPr>
        <w:t xml:space="preserve"> throughout the proposal.</w:t>
      </w:r>
    </w:p>
    <w:p w:rsidR="00A10934" w:rsidRPr="00A10934" w:rsidRDefault="00A10934" w:rsidP="00A10934">
      <w:pPr>
        <w:rPr>
          <w:rFonts w:ascii="Times New Roman" w:hAnsi="Times New Roman" w:cs="Times New Roman"/>
          <w:sz w:val="24"/>
          <w:szCs w:val="24"/>
        </w:rPr>
      </w:pPr>
      <w:r w:rsidRPr="00A10934">
        <w:rPr>
          <w:rFonts w:ascii="Times New Roman" w:hAnsi="Times New Roman" w:cs="Times New Roman"/>
          <w:b/>
          <w:bCs/>
          <w:sz w:val="24"/>
          <w:szCs w:val="24"/>
        </w:rPr>
        <w:t>Example: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7"/>
        <w:gridCol w:w="2116"/>
      </w:tblGrid>
      <w:tr w:rsidR="00A10934" w:rsidRPr="00A10934" w:rsidTr="00A10934">
        <w:trPr>
          <w:tblHeader/>
          <w:tblCellSpacing w:w="15" w:type="dxa"/>
        </w:trPr>
        <w:tc>
          <w:tcPr>
            <w:tcW w:w="0" w:type="auto"/>
            <w:vAlign w:val="center"/>
            <w:hideMark/>
          </w:tcPr>
          <w:p w:rsidR="00A10934" w:rsidRPr="00A10934" w:rsidRDefault="00A10934" w:rsidP="00A10934">
            <w:pPr>
              <w:rPr>
                <w:rFonts w:ascii="Times New Roman" w:hAnsi="Times New Roman" w:cs="Times New Roman"/>
                <w:b/>
                <w:bCs/>
              </w:rPr>
            </w:pPr>
            <w:r w:rsidRPr="00A10934">
              <w:rPr>
                <w:rFonts w:ascii="Times New Roman" w:hAnsi="Times New Roman" w:cs="Times New Roman"/>
                <w:b/>
                <w:bCs/>
              </w:rPr>
              <w:t>PAGE</w:t>
            </w:r>
          </w:p>
        </w:tc>
        <w:tc>
          <w:tcPr>
            <w:tcW w:w="0" w:type="auto"/>
            <w:vAlign w:val="center"/>
            <w:hideMark/>
          </w:tcPr>
          <w:p w:rsidR="00A10934" w:rsidRPr="00A10934" w:rsidRDefault="00A10934" w:rsidP="00A10934">
            <w:pPr>
              <w:rPr>
                <w:rFonts w:ascii="Times New Roman" w:hAnsi="Times New Roman" w:cs="Times New Roman"/>
                <w:b/>
                <w:bCs/>
              </w:rPr>
            </w:pPr>
            <w:r w:rsidRPr="00A10934">
              <w:rPr>
                <w:rFonts w:ascii="Times New Roman" w:hAnsi="Times New Roman" w:cs="Times New Roman"/>
                <w:b/>
                <w:bCs/>
              </w:rPr>
              <w:t>CONTENTS</w:t>
            </w:r>
          </w:p>
        </w:tc>
      </w:tr>
      <w:tr w:rsidR="00A10934" w:rsidRPr="00A10934" w:rsidTr="00A10934">
        <w:trPr>
          <w:tblCellSpacing w:w="15" w:type="dxa"/>
        </w:trPr>
        <w:tc>
          <w:tcPr>
            <w:tcW w:w="0" w:type="auto"/>
            <w:vAlign w:val="center"/>
            <w:hideMark/>
          </w:tcPr>
          <w:p w:rsidR="00A10934" w:rsidRPr="00A10934" w:rsidRDefault="00A10934" w:rsidP="00A10934">
            <w:r w:rsidRPr="00A10934">
              <w:t>ii</w:t>
            </w:r>
          </w:p>
        </w:tc>
        <w:tc>
          <w:tcPr>
            <w:tcW w:w="0" w:type="auto"/>
            <w:vAlign w:val="center"/>
            <w:hideMark/>
          </w:tcPr>
          <w:p w:rsidR="00A10934" w:rsidRPr="00A10934" w:rsidRDefault="00A10934" w:rsidP="00A10934">
            <w:r w:rsidRPr="00A10934">
              <w:t>Declaration</w:t>
            </w:r>
          </w:p>
        </w:tc>
      </w:tr>
      <w:tr w:rsidR="00A10934" w:rsidRPr="00A10934" w:rsidTr="00A10934">
        <w:trPr>
          <w:tblCellSpacing w:w="15" w:type="dxa"/>
        </w:trPr>
        <w:tc>
          <w:tcPr>
            <w:tcW w:w="0" w:type="auto"/>
            <w:vAlign w:val="center"/>
            <w:hideMark/>
          </w:tcPr>
          <w:p w:rsidR="00A10934" w:rsidRPr="00A10934" w:rsidRDefault="00A10934" w:rsidP="00A10934">
            <w:r w:rsidRPr="00A10934">
              <w:t>iii</w:t>
            </w:r>
          </w:p>
        </w:tc>
        <w:tc>
          <w:tcPr>
            <w:tcW w:w="0" w:type="auto"/>
            <w:vAlign w:val="center"/>
            <w:hideMark/>
          </w:tcPr>
          <w:p w:rsidR="00A10934" w:rsidRPr="00A10934" w:rsidRDefault="00A10934" w:rsidP="00A10934">
            <w:r w:rsidRPr="00A10934">
              <w:t>Dedication (Optional)</w:t>
            </w:r>
          </w:p>
        </w:tc>
      </w:tr>
      <w:tr w:rsidR="00A10934" w:rsidRPr="00A10934" w:rsidTr="00A10934">
        <w:trPr>
          <w:tblCellSpacing w:w="15" w:type="dxa"/>
        </w:trPr>
        <w:tc>
          <w:tcPr>
            <w:tcW w:w="0" w:type="auto"/>
            <w:vAlign w:val="center"/>
            <w:hideMark/>
          </w:tcPr>
          <w:p w:rsidR="00A10934" w:rsidRPr="00A10934" w:rsidRDefault="00A10934" w:rsidP="00A10934">
            <w:r w:rsidRPr="00A10934">
              <w:t>iv</w:t>
            </w:r>
          </w:p>
        </w:tc>
        <w:tc>
          <w:tcPr>
            <w:tcW w:w="0" w:type="auto"/>
            <w:vAlign w:val="center"/>
            <w:hideMark/>
          </w:tcPr>
          <w:p w:rsidR="00A10934" w:rsidRPr="00A10934" w:rsidRDefault="00A10934" w:rsidP="00A10934">
            <w:r w:rsidRPr="00A10934">
              <w:t>Table of Contents</w:t>
            </w:r>
          </w:p>
        </w:tc>
      </w:tr>
    </w:tbl>
    <w:p w:rsidR="00350822" w:rsidRPr="00350822" w:rsidRDefault="00350822" w:rsidP="00350822"/>
    <w:p w:rsidR="005433F2" w:rsidRPr="00356B3C" w:rsidRDefault="00000000">
      <w:pPr>
        <w:pStyle w:val="Heading1"/>
        <w:rPr>
          <w:rFonts w:ascii="Times New Roman" w:hAnsi="Times New Roman" w:cs="Times New Roman"/>
          <w:color w:val="auto"/>
          <w:sz w:val="24"/>
          <w:szCs w:val="24"/>
        </w:rPr>
      </w:pPr>
      <w:r w:rsidRPr="00356B3C">
        <w:rPr>
          <w:rFonts w:ascii="Times New Roman" w:hAnsi="Times New Roman" w:cs="Times New Roman"/>
          <w:color w:val="auto"/>
          <w:sz w:val="24"/>
          <w:szCs w:val="24"/>
        </w:rPr>
        <w:t>I. PROJECT FORMAT</w:t>
      </w:r>
    </w:p>
    <w:p w:rsidR="005433F2" w:rsidRPr="00356B3C" w:rsidRDefault="00000000">
      <w:pPr>
        <w:pStyle w:val="Heading2"/>
        <w:rPr>
          <w:rFonts w:ascii="Times New Roman" w:hAnsi="Times New Roman" w:cs="Times New Roman"/>
          <w:color w:val="auto"/>
          <w:sz w:val="24"/>
          <w:szCs w:val="24"/>
        </w:rPr>
      </w:pPr>
      <w:r w:rsidRPr="00356B3C">
        <w:rPr>
          <w:rFonts w:ascii="Times New Roman" w:hAnsi="Times New Roman" w:cs="Times New Roman"/>
          <w:color w:val="auto"/>
          <w:sz w:val="24"/>
          <w:szCs w:val="24"/>
        </w:rPr>
        <w:t>A) Title Page</w:t>
      </w:r>
    </w:p>
    <w:p w:rsidR="005433F2" w:rsidRPr="00356B3C" w:rsidRDefault="00000000">
      <w:pPr>
        <w:rPr>
          <w:rFonts w:ascii="Times New Roman" w:hAnsi="Times New Roman" w:cs="Times New Roman"/>
          <w:sz w:val="24"/>
          <w:szCs w:val="24"/>
        </w:rPr>
      </w:pPr>
      <w:r>
        <w:br/>
      </w:r>
      <w:r w:rsidRPr="00356B3C">
        <w:rPr>
          <w:rFonts w:ascii="Times New Roman" w:hAnsi="Times New Roman" w:cs="Times New Roman"/>
          <w:sz w:val="24"/>
          <w:szCs w:val="24"/>
        </w:rPr>
        <w:t>Should include:</w:t>
      </w:r>
      <w:r w:rsidRPr="00356B3C">
        <w:rPr>
          <w:rFonts w:ascii="Times New Roman" w:hAnsi="Times New Roman" w:cs="Times New Roman"/>
          <w:sz w:val="24"/>
          <w:szCs w:val="24"/>
        </w:rPr>
        <w:br/>
      </w:r>
      <w:r w:rsidRPr="00356B3C">
        <w:rPr>
          <w:rFonts w:ascii="Times New Roman" w:hAnsi="Times New Roman" w:cs="Times New Roman"/>
          <w:sz w:val="24"/>
          <w:szCs w:val="24"/>
        </w:rPr>
        <w:br/>
        <w:t>- Title</w:t>
      </w:r>
      <w:r w:rsidRPr="00356B3C">
        <w:rPr>
          <w:rFonts w:ascii="Times New Roman" w:hAnsi="Times New Roman" w:cs="Times New Roman"/>
          <w:sz w:val="24"/>
          <w:szCs w:val="24"/>
        </w:rPr>
        <w:br/>
        <w:t xml:space="preserve">  - Should reflect the project content.</w:t>
      </w:r>
      <w:r w:rsidRPr="00356B3C">
        <w:rPr>
          <w:rFonts w:ascii="Times New Roman" w:hAnsi="Times New Roman" w:cs="Times New Roman"/>
          <w:sz w:val="24"/>
          <w:szCs w:val="24"/>
        </w:rPr>
        <w:br/>
        <w:t xml:space="preserve">  - Should be fully explanatory when standing alone.</w:t>
      </w:r>
      <w:r w:rsidRPr="00356B3C">
        <w:rPr>
          <w:rFonts w:ascii="Times New Roman" w:hAnsi="Times New Roman" w:cs="Times New Roman"/>
          <w:sz w:val="24"/>
          <w:szCs w:val="24"/>
        </w:rPr>
        <w:br/>
        <w:t xml:space="preserve">  - Avoid redundancies such as ‘A study of…’ or ‘An investigation of…’</w:t>
      </w:r>
      <w:r w:rsidRPr="00356B3C">
        <w:rPr>
          <w:rFonts w:ascii="Times New Roman" w:hAnsi="Times New Roman" w:cs="Times New Roman"/>
          <w:sz w:val="24"/>
          <w:szCs w:val="24"/>
        </w:rPr>
        <w:br/>
        <w:t xml:space="preserve">  - Abbreviations should not appear in the title.</w:t>
      </w:r>
      <w:r w:rsidRPr="00356B3C">
        <w:rPr>
          <w:rFonts w:ascii="Times New Roman" w:hAnsi="Times New Roman" w:cs="Times New Roman"/>
          <w:sz w:val="24"/>
          <w:szCs w:val="24"/>
        </w:rPr>
        <w:br/>
        <w:t xml:space="preserve">  - Scientific names should be in italics.</w:t>
      </w:r>
      <w:r w:rsidRPr="00356B3C">
        <w:rPr>
          <w:rFonts w:ascii="Times New Roman" w:hAnsi="Times New Roman" w:cs="Times New Roman"/>
          <w:sz w:val="24"/>
          <w:szCs w:val="24"/>
        </w:rPr>
        <w:br/>
        <w:t xml:space="preserve">  - Title should not exceed 20 words.</w:t>
      </w:r>
      <w:r w:rsidRPr="00356B3C">
        <w:rPr>
          <w:rFonts w:ascii="Times New Roman" w:hAnsi="Times New Roman" w:cs="Times New Roman"/>
          <w:sz w:val="24"/>
          <w:szCs w:val="24"/>
        </w:rPr>
        <w:br/>
        <w:t>- Author’s Name and Affiliation</w:t>
      </w:r>
      <w:r w:rsidRPr="00356B3C">
        <w:rPr>
          <w:rFonts w:ascii="Times New Roman" w:hAnsi="Times New Roman" w:cs="Times New Roman"/>
          <w:sz w:val="24"/>
          <w:szCs w:val="24"/>
        </w:rPr>
        <w:br/>
        <w:t xml:space="preserve">  - Preferred order: First, Middle, Last name.</w:t>
      </w:r>
      <w:r w:rsidRPr="00356B3C">
        <w:rPr>
          <w:rFonts w:ascii="Times New Roman" w:hAnsi="Times New Roman" w:cs="Times New Roman"/>
          <w:sz w:val="24"/>
          <w:szCs w:val="24"/>
        </w:rPr>
        <w:br/>
        <w:t xml:space="preserve">  - Full names should be used; avoid initials.</w:t>
      </w:r>
      <w:r w:rsidRPr="00356B3C">
        <w:rPr>
          <w:rFonts w:ascii="Times New Roman" w:hAnsi="Times New Roman" w:cs="Times New Roman"/>
          <w:sz w:val="24"/>
          <w:szCs w:val="24"/>
        </w:rPr>
        <w:br/>
        <w:t xml:space="preserve">  - Titles (e.g., Dr.) should not be included.</w:t>
      </w:r>
      <w:r w:rsidRPr="00356B3C">
        <w:rPr>
          <w:rFonts w:ascii="Times New Roman" w:hAnsi="Times New Roman" w:cs="Times New Roman"/>
          <w:sz w:val="24"/>
          <w:szCs w:val="24"/>
        </w:rPr>
        <w:br/>
        <w:t xml:space="preserve">  - Example of affiliation: ‘A project report submitted to the Department of ICT, School </w:t>
      </w:r>
      <w:r w:rsidRPr="00356B3C">
        <w:rPr>
          <w:rFonts w:ascii="Times New Roman" w:hAnsi="Times New Roman" w:cs="Times New Roman"/>
          <w:sz w:val="24"/>
          <w:szCs w:val="24"/>
        </w:rPr>
        <w:lastRenderedPageBreak/>
        <w:t xml:space="preserve">of Engineering, </w:t>
      </w:r>
      <w:r w:rsidRPr="00356B3C">
        <w:rPr>
          <w:rFonts w:ascii="Times New Roman" w:hAnsi="Times New Roman" w:cs="Times New Roman"/>
          <w:sz w:val="24"/>
          <w:szCs w:val="24"/>
        </w:rPr>
        <w:br/>
        <w:t xml:space="preserve">    in partial fulfillment of the requirements for the award of the degree of Bachelor of Science in </w:t>
      </w:r>
      <w:r w:rsidRPr="00356B3C">
        <w:rPr>
          <w:rFonts w:ascii="Times New Roman" w:hAnsi="Times New Roman" w:cs="Times New Roman"/>
          <w:sz w:val="24"/>
          <w:szCs w:val="24"/>
        </w:rPr>
        <w:br/>
        <w:t xml:space="preserve">    Information and Communication Technology at the Information and Communications University (ICU).’</w:t>
      </w:r>
      <w:r w:rsidRPr="00356B3C">
        <w:rPr>
          <w:rFonts w:ascii="Times New Roman" w:hAnsi="Times New Roman" w:cs="Times New Roman"/>
          <w:sz w:val="24"/>
          <w:szCs w:val="24"/>
        </w:rPr>
        <w:br/>
        <w:t xml:space="preserve">  - The year should be placed at the bottom of the caption.</w:t>
      </w:r>
      <w:r w:rsidRPr="00356B3C">
        <w:rPr>
          <w:rFonts w:ascii="Times New Roman" w:hAnsi="Times New Roman" w:cs="Times New Roman"/>
          <w:sz w:val="24"/>
          <w:szCs w:val="24"/>
        </w:rPr>
        <w:br/>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B) Declaration</w:t>
      </w:r>
    </w:p>
    <w:p w:rsidR="005433F2" w:rsidRPr="005026CC" w:rsidRDefault="00000000" w:rsidP="005026CC">
      <w:pPr>
        <w:jc w:val="both"/>
        <w:rPr>
          <w:rFonts w:ascii="Times New Roman" w:hAnsi="Times New Roman" w:cs="Times New Roman"/>
        </w:rPr>
      </w:pPr>
      <w:r>
        <w:br/>
      </w:r>
      <w:r w:rsidRPr="005026CC">
        <w:rPr>
          <w:rFonts w:ascii="Times New Roman" w:hAnsi="Times New Roman" w:cs="Times New Roman"/>
        </w:rPr>
        <w:t>Should include both the candidate’s and the supervisor’s declaration and be duly signed:</w:t>
      </w:r>
      <w:r w:rsidRPr="005026CC">
        <w:rPr>
          <w:rFonts w:ascii="Times New Roman" w:hAnsi="Times New Roman" w:cs="Times New Roman"/>
        </w:rPr>
        <w:br/>
      </w:r>
      <w:r w:rsidRPr="005026CC">
        <w:rPr>
          <w:rFonts w:ascii="Times New Roman" w:hAnsi="Times New Roman" w:cs="Times New Roman"/>
        </w:rPr>
        <w:br/>
        <w:t>This project is my original work and has not been presented for a degree in any other University.</w:t>
      </w:r>
      <w:r w:rsidRPr="005026CC">
        <w:rPr>
          <w:rFonts w:ascii="Times New Roman" w:hAnsi="Times New Roman" w:cs="Times New Roman"/>
        </w:rPr>
        <w:br/>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C) Dedication (Optional)</w:t>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D) Table of Contents</w:t>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E) List of Tables (If Any)</w:t>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F) List of Figures (If Any)</w:t>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G) List of Appendices</w:t>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H) Abbreviations and Acronyms (If Any)</w:t>
      </w:r>
    </w:p>
    <w:p w:rsidR="005433F2" w:rsidRPr="005026CC" w:rsidRDefault="00000000">
      <w:pPr>
        <w:pStyle w:val="Heading2"/>
        <w:rPr>
          <w:rFonts w:ascii="Times New Roman" w:hAnsi="Times New Roman" w:cs="Times New Roman"/>
          <w:color w:val="auto"/>
          <w:sz w:val="24"/>
          <w:szCs w:val="24"/>
        </w:rPr>
      </w:pPr>
      <w:r w:rsidRPr="005026CC">
        <w:rPr>
          <w:rFonts w:ascii="Times New Roman" w:hAnsi="Times New Roman" w:cs="Times New Roman"/>
          <w:color w:val="auto"/>
          <w:sz w:val="24"/>
          <w:szCs w:val="24"/>
        </w:rPr>
        <w:t>I) Definition of Terms (If Any)</w:t>
      </w:r>
    </w:p>
    <w:p w:rsidR="005433F2" w:rsidRPr="00894CAB" w:rsidRDefault="00000000" w:rsidP="00EA7606">
      <w:pPr>
        <w:pStyle w:val="Heading2"/>
        <w:jc w:val="both"/>
        <w:rPr>
          <w:color w:val="auto"/>
        </w:rPr>
      </w:pPr>
      <w:r w:rsidRPr="00894CAB">
        <w:rPr>
          <w:color w:val="auto"/>
        </w:rPr>
        <w:t xml:space="preserve">J) </w:t>
      </w:r>
      <w:r w:rsidR="005958B9" w:rsidRPr="00894CAB">
        <w:rPr>
          <w:color w:val="auto"/>
        </w:rPr>
        <w:t>Abstract</w:t>
      </w:r>
      <w:r w:rsidR="005958B9">
        <w:rPr>
          <w:color w:val="auto"/>
        </w:rPr>
        <w:t>:</w:t>
      </w:r>
      <w:r w:rsidR="00EA7606">
        <w:rPr>
          <w:color w:val="auto"/>
        </w:rPr>
        <w:t xml:space="preserve"> </w:t>
      </w:r>
      <w:r w:rsidR="00EA7606" w:rsidRPr="00EA7606">
        <w:rPr>
          <w:rFonts w:ascii="Times New Roman" w:hAnsi="Times New Roman" w:cs="Times New Roman"/>
          <w:b w:val="0"/>
          <w:bCs w:val="0"/>
          <w:i/>
          <w:iCs/>
          <w:color w:val="auto"/>
          <w:sz w:val="24"/>
          <w:szCs w:val="24"/>
        </w:rPr>
        <w:t>briefly introduce the research topic and its importance, state the objective or problem being addressed, and summarize the methods used. It should highlight key findings and conclude with the significance or potential impact of the study. Keep it concise (150-250 words) and clear, avoiding unnecessary details.</w:t>
      </w:r>
    </w:p>
    <w:p w:rsidR="005433F2" w:rsidRPr="005958B9" w:rsidRDefault="00000000">
      <w:pPr>
        <w:pStyle w:val="Heading1"/>
        <w:rPr>
          <w:sz w:val="24"/>
          <w:szCs w:val="24"/>
        </w:rPr>
      </w:pPr>
      <w:r w:rsidRPr="005958B9">
        <w:rPr>
          <w:color w:val="auto"/>
          <w:sz w:val="24"/>
          <w:szCs w:val="24"/>
        </w:rPr>
        <w:t>II. FORMAT OF MAIN BODY</w:t>
      </w:r>
    </w:p>
    <w:p w:rsidR="005433F2" w:rsidRPr="005958B9" w:rsidRDefault="00000000">
      <w:pPr>
        <w:pStyle w:val="Heading1"/>
        <w:rPr>
          <w:rFonts w:ascii="Times New Roman" w:hAnsi="Times New Roman" w:cs="Times New Roman"/>
          <w:color w:val="auto"/>
          <w:sz w:val="24"/>
          <w:szCs w:val="24"/>
        </w:rPr>
      </w:pPr>
      <w:r w:rsidRPr="005958B9">
        <w:rPr>
          <w:rFonts w:ascii="Times New Roman" w:hAnsi="Times New Roman" w:cs="Times New Roman"/>
          <w:color w:val="auto"/>
          <w:sz w:val="24"/>
          <w:szCs w:val="24"/>
        </w:rPr>
        <w:t>CHAPTER ONE: INTRODUCTION</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1.0 Introduction</w:t>
      </w:r>
    </w:p>
    <w:p w:rsidR="005026CC" w:rsidRDefault="00000000" w:rsidP="005026CC">
      <w:pPr>
        <w:pStyle w:val="ListBullet"/>
        <w:spacing w:line="360" w:lineRule="auto"/>
        <w:jc w:val="both"/>
        <w:rPr>
          <w:rFonts w:ascii="Times New Roman" w:hAnsi="Times New Roman" w:cs="Times New Roman"/>
          <w:sz w:val="24"/>
          <w:szCs w:val="24"/>
        </w:rPr>
      </w:pPr>
      <w:r w:rsidRPr="005958B9">
        <w:rPr>
          <w:rFonts w:ascii="Times New Roman" w:hAnsi="Times New Roman" w:cs="Times New Roman"/>
          <w:sz w:val="24"/>
          <w:szCs w:val="24"/>
        </w:rPr>
        <w:t>1.1 Background</w:t>
      </w:r>
      <w:r w:rsidR="005026CC">
        <w:rPr>
          <w:rFonts w:ascii="Times New Roman" w:hAnsi="Times New Roman" w:cs="Times New Roman"/>
          <w:sz w:val="24"/>
          <w:szCs w:val="24"/>
        </w:rPr>
        <w:t xml:space="preserve"> – </w:t>
      </w:r>
      <w:r w:rsidR="005026CC" w:rsidRPr="005026CC">
        <w:rPr>
          <w:rFonts w:ascii="Times New Roman" w:hAnsi="Times New Roman" w:cs="Times New Roman"/>
          <w:i/>
          <w:iCs/>
          <w:sz w:val="24"/>
          <w:szCs w:val="24"/>
        </w:rPr>
        <w:t>It</w:t>
      </w:r>
      <w:r w:rsidR="005026CC" w:rsidRPr="005026CC">
        <w:rPr>
          <w:rFonts w:ascii="Times New Roman" w:hAnsi="Times New Roman" w:cs="Times New Roman"/>
          <w:i/>
          <w:iCs/>
          <w:sz w:val="24"/>
          <w:szCs w:val="24"/>
        </w:rPr>
        <w:t xml:space="preserve"> should demonstrate an understanding of the problem and its origin while identifying specific gaps considered as the root of the problem. This section should be a maximum of one and a half pages, starting with a discussion of the global perspective before narrowing down to the local scenario.</w:t>
      </w:r>
    </w:p>
    <w:p w:rsidR="005026CC" w:rsidRPr="005026CC" w:rsidRDefault="005026CC" w:rsidP="005026CC">
      <w:pPr>
        <w:pStyle w:val="ListBullet"/>
        <w:numPr>
          <w:ilvl w:val="0"/>
          <w:numId w:val="0"/>
        </w:numPr>
        <w:spacing w:line="360" w:lineRule="auto"/>
        <w:ind w:left="360"/>
        <w:jc w:val="both"/>
        <w:rPr>
          <w:rFonts w:ascii="Times New Roman" w:hAnsi="Times New Roman" w:cs="Times New Roman"/>
          <w:sz w:val="24"/>
          <w:szCs w:val="24"/>
        </w:rPr>
      </w:pP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1.2 Motivation of the Study</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1.3 Significance of the Study</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1.4 Scope of the Study</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1.5 Problem Statement</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1.6 Objectives</w:t>
      </w:r>
    </w:p>
    <w:p w:rsidR="005433F2" w:rsidRPr="00076572" w:rsidRDefault="00000000" w:rsidP="00076572">
      <w:pPr>
        <w:widowControl w:val="0"/>
        <w:tabs>
          <w:tab w:val="left" w:pos="736"/>
        </w:tabs>
        <w:spacing w:line="240" w:lineRule="auto"/>
        <w:ind w:right="-20"/>
        <w:rPr>
          <w:rFonts w:ascii="Times New Roman" w:eastAsia="Times New Roman" w:hAnsi="Times New Roman" w:cs="Times New Roman"/>
          <w:i/>
          <w:iCs/>
          <w:color w:val="000000"/>
          <w:sz w:val="24"/>
          <w:szCs w:val="24"/>
        </w:rPr>
      </w:pPr>
      <w:r w:rsidRPr="005958B9">
        <w:rPr>
          <w:rFonts w:ascii="Times New Roman" w:hAnsi="Times New Roman" w:cs="Times New Roman"/>
          <w:sz w:val="24"/>
          <w:szCs w:val="24"/>
        </w:rPr>
        <w:t>1.6.1 General Objective</w:t>
      </w:r>
      <w:r w:rsidR="00076572">
        <w:rPr>
          <w:rFonts w:ascii="Times New Roman" w:hAnsi="Times New Roman" w:cs="Times New Roman"/>
          <w:sz w:val="24"/>
          <w:szCs w:val="24"/>
        </w:rPr>
        <w:t xml:space="preserve"> - </w:t>
      </w:r>
      <w:r w:rsidR="00076572" w:rsidRPr="00076572">
        <w:rPr>
          <w:rFonts w:ascii="Times New Roman" w:eastAsia="Times New Roman" w:hAnsi="Times New Roman" w:cs="Times New Roman"/>
          <w:i/>
          <w:iCs/>
          <w:color w:val="000000"/>
          <w:spacing w:val="-1"/>
          <w:sz w:val="24"/>
          <w:szCs w:val="24"/>
        </w:rPr>
        <w:t>O</w:t>
      </w:r>
      <w:r w:rsidR="00076572" w:rsidRPr="00076572">
        <w:rPr>
          <w:rFonts w:ascii="Times New Roman" w:eastAsia="Times New Roman" w:hAnsi="Times New Roman" w:cs="Times New Roman"/>
          <w:i/>
          <w:iCs/>
          <w:color w:val="000000"/>
          <w:sz w:val="24"/>
          <w:szCs w:val="24"/>
        </w:rPr>
        <w:t>ne</w:t>
      </w:r>
      <w:r w:rsidR="00076572" w:rsidRPr="00076572">
        <w:rPr>
          <w:rFonts w:ascii="Times New Roman" w:eastAsia="Times New Roman" w:hAnsi="Times New Roman" w:cs="Times New Roman"/>
          <w:i/>
          <w:iCs/>
          <w:color w:val="000000"/>
          <w:spacing w:val="5"/>
          <w:sz w:val="24"/>
          <w:szCs w:val="24"/>
        </w:rPr>
        <w:t xml:space="preserve"> </w:t>
      </w:r>
      <w:r w:rsidR="00076572" w:rsidRPr="00076572">
        <w:rPr>
          <w:rFonts w:ascii="Times New Roman" w:eastAsia="Times New Roman" w:hAnsi="Times New Roman" w:cs="Times New Roman"/>
          <w:i/>
          <w:iCs/>
          <w:color w:val="000000"/>
          <w:spacing w:val="-3"/>
          <w:sz w:val="24"/>
          <w:szCs w:val="24"/>
        </w:rPr>
        <w:t>g</w:t>
      </w:r>
      <w:r w:rsidR="00076572" w:rsidRPr="00076572">
        <w:rPr>
          <w:rFonts w:ascii="Times New Roman" w:eastAsia="Times New Roman" w:hAnsi="Times New Roman" w:cs="Times New Roman"/>
          <w:i/>
          <w:iCs/>
          <w:color w:val="000000"/>
          <w:sz w:val="24"/>
          <w:szCs w:val="24"/>
        </w:rPr>
        <w:t>en</w:t>
      </w:r>
      <w:r w:rsidR="00076572" w:rsidRPr="00076572">
        <w:rPr>
          <w:rFonts w:ascii="Times New Roman" w:eastAsia="Times New Roman" w:hAnsi="Times New Roman" w:cs="Times New Roman"/>
          <w:i/>
          <w:iCs/>
          <w:color w:val="000000"/>
          <w:spacing w:val="1"/>
          <w:sz w:val="24"/>
          <w:szCs w:val="24"/>
        </w:rPr>
        <w:t>e</w:t>
      </w:r>
      <w:r w:rsidR="00076572" w:rsidRPr="00076572">
        <w:rPr>
          <w:rFonts w:ascii="Times New Roman" w:eastAsia="Times New Roman" w:hAnsi="Times New Roman" w:cs="Times New Roman"/>
          <w:i/>
          <w:iCs/>
          <w:color w:val="000000"/>
          <w:sz w:val="24"/>
          <w:szCs w:val="24"/>
        </w:rPr>
        <w:t>r</w:t>
      </w:r>
      <w:r w:rsidR="00076572" w:rsidRPr="00076572">
        <w:rPr>
          <w:rFonts w:ascii="Times New Roman" w:eastAsia="Times New Roman" w:hAnsi="Times New Roman" w:cs="Times New Roman"/>
          <w:i/>
          <w:iCs/>
          <w:color w:val="000000"/>
          <w:spacing w:val="2"/>
          <w:sz w:val="24"/>
          <w:szCs w:val="24"/>
        </w:rPr>
        <w:t>a</w:t>
      </w:r>
      <w:r w:rsidR="00076572" w:rsidRPr="00076572">
        <w:rPr>
          <w:rFonts w:ascii="Times New Roman" w:eastAsia="Times New Roman" w:hAnsi="Times New Roman" w:cs="Times New Roman"/>
          <w:i/>
          <w:iCs/>
          <w:color w:val="000000"/>
          <w:sz w:val="24"/>
          <w:szCs w:val="24"/>
        </w:rPr>
        <w:t>l</w:t>
      </w:r>
      <w:r w:rsidR="00076572" w:rsidRPr="00076572">
        <w:rPr>
          <w:rFonts w:ascii="Times New Roman" w:eastAsia="Times New Roman" w:hAnsi="Times New Roman" w:cs="Times New Roman"/>
          <w:i/>
          <w:iCs/>
          <w:color w:val="000000"/>
          <w:spacing w:val="1"/>
          <w:sz w:val="24"/>
          <w:szCs w:val="24"/>
        </w:rPr>
        <w:t xml:space="preserve"> </w:t>
      </w:r>
      <w:r w:rsidR="00076572" w:rsidRPr="00076572">
        <w:rPr>
          <w:rFonts w:ascii="Times New Roman" w:eastAsia="Times New Roman" w:hAnsi="Times New Roman" w:cs="Times New Roman"/>
          <w:i/>
          <w:iCs/>
          <w:color w:val="000000"/>
          <w:sz w:val="24"/>
          <w:szCs w:val="24"/>
        </w:rPr>
        <w:t>ob</w:t>
      </w:r>
      <w:r w:rsidR="00076572" w:rsidRPr="00076572">
        <w:rPr>
          <w:rFonts w:ascii="Times New Roman" w:eastAsia="Times New Roman" w:hAnsi="Times New Roman" w:cs="Times New Roman"/>
          <w:i/>
          <w:iCs/>
          <w:color w:val="000000"/>
          <w:spacing w:val="1"/>
          <w:sz w:val="24"/>
          <w:szCs w:val="24"/>
        </w:rPr>
        <w:t>j</w:t>
      </w:r>
      <w:r w:rsidR="00076572" w:rsidRPr="00076572">
        <w:rPr>
          <w:rFonts w:ascii="Times New Roman" w:eastAsia="Times New Roman" w:hAnsi="Times New Roman" w:cs="Times New Roman"/>
          <w:i/>
          <w:iCs/>
          <w:color w:val="000000"/>
          <w:sz w:val="24"/>
          <w:szCs w:val="24"/>
        </w:rPr>
        <w:t>ecti</w:t>
      </w:r>
      <w:r w:rsidR="00076572" w:rsidRPr="00076572">
        <w:rPr>
          <w:rFonts w:ascii="Times New Roman" w:eastAsia="Times New Roman" w:hAnsi="Times New Roman" w:cs="Times New Roman"/>
          <w:i/>
          <w:iCs/>
          <w:color w:val="000000"/>
          <w:spacing w:val="-2"/>
          <w:sz w:val="24"/>
          <w:szCs w:val="24"/>
        </w:rPr>
        <w:t>v</w:t>
      </w:r>
      <w:r w:rsidR="00076572" w:rsidRPr="00076572">
        <w:rPr>
          <w:rFonts w:ascii="Times New Roman" w:eastAsia="Times New Roman" w:hAnsi="Times New Roman" w:cs="Times New Roman"/>
          <w:i/>
          <w:iCs/>
          <w:color w:val="000000"/>
          <w:sz w:val="24"/>
          <w:szCs w:val="24"/>
        </w:rPr>
        <w:t>e whi</w:t>
      </w:r>
      <w:r w:rsidR="00076572" w:rsidRPr="00076572">
        <w:rPr>
          <w:rFonts w:ascii="Times New Roman" w:eastAsia="Times New Roman" w:hAnsi="Times New Roman" w:cs="Times New Roman"/>
          <w:i/>
          <w:iCs/>
          <w:color w:val="000000"/>
          <w:spacing w:val="1"/>
          <w:sz w:val="24"/>
          <w:szCs w:val="24"/>
        </w:rPr>
        <w:t>c</w:t>
      </w:r>
      <w:r w:rsidR="00076572" w:rsidRPr="00076572">
        <w:rPr>
          <w:rFonts w:ascii="Times New Roman" w:eastAsia="Times New Roman" w:hAnsi="Times New Roman" w:cs="Times New Roman"/>
          <w:i/>
          <w:iCs/>
          <w:color w:val="000000"/>
          <w:sz w:val="24"/>
          <w:szCs w:val="24"/>
        </w:rPr>
        <w:t>h shou</w:t>
      </w:r>
      <w:r w:rsidR="00076572" w:rsidRPr="00076572">
        <w:rPr>
          <w:rFonts w:ascii="Times New Roman" w:eastAsia="Times New Roman" w:hAnsi="Times New Roman" w:cs="Times New Roman"/>
          <w:i/>
          <w:iCs/>
          <w:color w:val="000000"/>
          <w:spacing w:val="-3"/>
          <w:sz w:val="24"/>
          <w:szCs w:val="24"/>
        </w:rPr>
        <w:t>l</w:t>
      </w:r>
      <w:r w:rsidR="00076572" w:rsidRPr="00076572">
        <w:rPr>
          <w:rFonts w:ascii="Times New Roman" w:eastAsia="Times New Roman" w:hAnsi="Times New Roman" w:cs="Times New Roman"/>
          <w:i/>
          <w:iCs/>
          <w:color w:val="000000"/>
          <w:sz w:val="24"/>
          <w:szCs w:val="24"/>
        </w:rPr>
        <w:t>d be</w:t>
      </w:r>
      <w:r w:rsidR="00076572" w:rsidRPr="00076572">
        <w:rPr>
          <w:rFonts w:ascii="Times New Roman" w:eastAsia="Times New Roman" w:hAnsi="Times New Roman" w:cs="Times New Roman"/>
          <w:i/>
          <w:iCs/>
          <w:color w:val="000000"/>
          <w:spacing w:val="1"/>
          <w:sz w:val="24"/>
          <w:szCs w:val="24"/>
        </w:rPr>
        <w:t xml:space="preserve"> i</w:t>
      </w:r>
      <w:r w:rsidR="00076572" w:rsidRPr="00076572">
        <w:rPr>
          <w:rFonts w:ascii="Times New Roman" w:eastAsia="Times New Roman" w:hAnsi="Times New Roman" w:cs="Times New Roman"/>
          <w:i/>
          <w:iCs/>
          <w:color w:val="000000"/>
          <w:sz w:val="24"/>
          <w:szCs w:val="24"/>
        </w:rPr>
        <w:t xml:space="preserve">n </w:t>
      </w:r>
      <w:r w:rsidR="00076572" w:rsidRPr="00076572">
        <w:rPr>
          <w:rFonts w:ascii="Times New Roman" w:eastAsia="Times New Roman" w:hAnsi="Times New Roman" w:cs="Times New Roman"/>
          <w:i/>
          <w:iCs/>
          <w:color w:val="000000"/>
          <w:spacing w:val="1"/>
          <w:sz w:val="24"/>
          <w:szCs w:val="24"/>
        </w:rPr>
        <w:t>li</w:t>
      </w:r>
      <w:r w:rsidR="00076572" w:rsidRPr="00076572">
        <w:rPr>
          <w:rFonts w:ascii="Times New Roman" w:eastAsia="Times New Roman" w:hAnsi="Times New Roman" w:cs="Times New Roman"/>
          <w:i/>
          <w:iCs/>
          <w:color w:val="000000"/>
          <w:spacing w:val="-2"/>
          <w:sz w:val="24"/>
          <w:szCs w:val="24"/>
        </w:rPr>
        <w:t>n</w:t>
      </w:r>
      <w:r w:rsidR="00076572" w:rsidRPr="00076572">
        <w:rPr>
          <w:rFonts w:ascii="Times New Roman" w:eastAsia="Times New Roman" w:hAnsi="Times New Roman" w:cs="Times New Roman"/>
          <w:i/>
          <w:iCs/>
          <w:color w:val="000000"/>
          <w:sz w:val="24"/>
          <w:szCs w:val="24"/>
        </w:rPr>
        <w:t>e wi</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 xml:space="preserve">h </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pacing w:val="-3"/>
          <w:sz w:val="24"/>
          <w:szCs w:val="24"/>
        </w:rPr>
        <w:t>h</w:t>
      </w:r>
      <w:r w:rsidR="00076572" w:rsidRPr="00076572">
        <w:rPr>
          <w:rFonts w:ascii="Times New Roman" w:eastAsia="Times New Roman" w:hAnsi="Times New Roman" w:cs="Times New Roman"/>
          <w:i/>
          <w:iCs/>
          <w:color w:val="000000"/>
          <w:sz w:val="24"/>
          <w:szCs w:val="24"/>
        </w:rPr>
        <w:t>e</w:t>
      </w:r>
      <w:r w:rsidR="00076572" w:rsidRPr="00076572">
        <w:rPr>
          <w:rFonts w:ascii="Times New Roman" w:eastAsia="Times New Roman" w:hAnsi="Times New Roman" w:cs="Times New Roman"/>
          <w:i/>
          <w:iCs/>
          <w:color w:val="000000"/>
          <w:spacing w:val="1"/>
          <w:sz w:val="24"/>
          <w:szCs w:val="24"/>
        </w:rPr>
        <w:t xml:space="preserve"> t</w:t>
      </w:r>
      <w:r w:rsidR="00076572" w:rsidRPr="00076572">
        <w:rPr>
          <w:rFonts w:ascii="Times New Roman" w:eastAsia="Times New Roman" w:hAnsi="Times New Roman" w:cs="Times New Roman"/>
          <w:i/>
          <w:iCs/>
          <w:color w:val="000000"/>
          <w:spacing w:val="-2"/>
          <w:sz w:val="24"/>
          <w:szCs w:val="24"/>
        </w:rPr>
        <w:t>i</w:t>
      </w:r>
      <w:r w:rsidR="00076572" w:rsidRPr="00076572">
        <w:rPr>
          <w:rFonts w:ascii="Times New Roman" w:eastAsia="Times New Roman" w:hAnsi="Times New Roman" w:cs="Times New Roman"/>
          <w:i/>
          <w:iCs/>
          <w:color w:val="000000"/>
          <w:spacing w:val="1"/>
          <w:sz w:val="24"/>
          <w:szCs w:val="24"/>
        </w:rPr>
        <w:t>tle</w:t>
      </w:r>
      <w:r w:rsidR="00076572" w:rsidRPr="00076572">
        <w:rPr>
          <w:rFonts w:ascii="Times New Roman" w:eastAsia="Times New Roman" w:hAnsi="Times New Roman" w:cs="Times New Roman"/>
          <w:i/>
          <w:iCs/>
          <w:color w:val="000000"/>
          <w:sz w:val="24"/>
          <w:szCs w:val="24"/>
        </w:rPr>
        <w:t>.</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1.6.2 Specific Objectives</w:t>
      </w:r>
      <w:r w:rsidR="00076572">
        <w:rPr>
          <w:rFonts w:ascii="Times New Roman" w:hAnsi="Times New Roman" w:cs="Times New Roman"/>
          <w:sz w:val="24"/>
          <w:szCs w:val="24"/>
        </w:rPr>
        <w:t xml:space="preserve"> - </w:t>
      </w:r>
      <w:r w:rsidR="00076572" w:rsidRPr="00076572">
        <w:rPr>
          <w:rFonts w:ascii="Times New Roman" w:hAnsi="Times New Roman" w:cs="Times New Roman"/>
          <w:i/>
          <w:iCs/>
          <w:sz w:val="24"/>
          <w:szCs w:val="24"/>
        </w:rPr>
        <w:t xml:space="preserve">The research variables must align with the candidates' hypothesized factors influencing the phenomenon under investigation, ensuring a clear connection between the study's focus and its measurable components. They should directly relate to the general objective, maintaining consistency in addressing the core research question. Additionally, the variables must adhere to the </w:t>
      </w:r>
      <w:r w:rsidR="00076572" w:rsidRPr="00E64B51">
        <w:rPr>
          <w:rFonts w:ascii="Times New Roman" w:hAnsi="Times New Roman" w:cs="Times New Roman"/>
          <w:b/>
          <w:bCs/>
          <w:i/>
          <w:iCs/>
          <w:sz w:val="24"/>
          <w:szCs w:val="24"/>
        </w:rPr>
        <w:t>SMART</w:t>
      </w:r>
      <w:r w:rsidR="00076572" w:rsidRPr="00076572">
        <w:rPr>
          <w:rFonts w:ascii="Times New Roman" w:hAnsi="Times New Roman" w:cs="Times New Roman"/>
          <w:i/>
          <w:iCs/>
          <w:sz w:val="24"/>
          <w:szCs w:val="24"/>
        </w:rPr>
        <w:t xml:space="preserve"> criteria—Specific, Measurable, Achievable, Relevant, and Time-bound—ensuring precision, feasibility, and relevance in contributing to meaningful research outcomes</w:t>
      </w:r>
    </w:p>
    <w:p w:rsidR="005433F2"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1.7 Research Questions</w:t>
      </w:r>
    </w:p>
    <w:p w:rsidR="00076572" w:rsidRPr="00076572" w:rsidRDefault="00076572" w:rsidP="00076572">
      <w:pPr>
        <w:pStyle w:val="ListBullet"/>
        <w:numPr>
          <w:ilvl w:val="0"/>
          <w:numId w:val="0"/>
        </w:numPr>
        <w:spacing w:line="360" w:lineRule="auto"/>
        <w:ind w:left="360"/>
        <w:jc w:val="both"/>
        <w:rPr>
          <w:rFonts w:ascii="Times New Roman" w:hAnsi="Times New Roman" w:cs="Times New Roman"/>
          <w:i/>
          <w:iCs/>
          <w:sz w:val="24"/>
          <w:szCs w:val="24"/>
        </w:rPr>
      </w:pPr>
      <w:r w:rsidRPr="00076572">
        <w:rPr>
          <w:rFonts w:ascii="Times New Roman" w:hAnsi="Times New Roman" w:cs="Times New Roman"/>
          <w:i/>
          <w:iCs/>
          <w:sz w:val="24"/>
          <w:szCs w:val="24"/>
        </w:rPr>
        <w:t>The research questions should align with the specific objectives of the study, ensuring a direct relationship between what is being investigated and the intended outcomes. The number of research questions must be equal to the number of specific objectives, maintaining consistency in the study’s structure. Additionally, each research question must be clearly numbered (1, 2, 3…) and framed as a question rather than a statement to facilitate inquiry-based analysis. Proper paragraphing should be maintained throughout the document, with a consistent approach—either leaving a space between paragraphs or indenting at the beginning of each, but not both. Furthermore, single-sentence paragraphs should be avoided, as a well-structured paragraph should contain at least five sentences to provide clarity and depth in discussion.</w:t>
      </w:r>
    </w:p>
    <w:p w:rsidR="005433F2" w:rsidRPr="00076572" w:rsidRDefault="00000000" w:rsidP="00076572">
      <w:pPr>
        <w:widowControl w:val="0"/>
        <w:spacing w:line="360" w:lineRule="auto"/>
        <w:jc w:val="both"/>
        <w:rPr>
          <w:rFonts w:ascii="Times New Roman" w:eastAsia="Times New Roman" w:hAnsi="Times New Roman" w:cs="Times New Roman"/>
          <w:color w:val="000000"/>
          <w:sz w:val="24"/>
          <w:szCs w:val="24"/>
        </w:rPr>
      </w:pPr>
      <w:r w:rsidRPr="005958B9">
        <w:rPr>
          <w:rFonts w:ascii="Times New Roman" w:hAnsi="Times New Roman" w:cs="Times New Roman"/>
          <w:sz w:val="24"/>
          <w:szCs w:val="24"/>
        </w:rPr>
        <w:t>1.8 Conceptual/Theoretical Framework</w:t>
      </w:r>
      <w:r w:rsidR="00076572">
        <w:rPr>
          <w:rFonts w:ascii="Times New Roman" w:hAnsi="Times New Roman" w:cs="Times New Roman"/>
          <w:sz w:val="24"/>
          <w:szCs w:val="24"/>
        </w:rPr>
        <w:t xml:space="preserve"> - </w:t>
      </w:r>
      <w:r w:rsidR="00076572" w:rsidRPr="00076572">
        <w:rPr>
          <w:rFonts w:ascii="Times New Roman" w:eastAsia="Times New Roman" w:hAnsi="Times New Roman" w:cs="Times New Roman"/>
          <w:i/>
          <w:iCs/>
          <w:color w:val="000000"/>
          <w:sz w:val="24"/>
          <w:szCs w:val="24"/>
        </w:rPr>
        <w:t>Some</w:t>
      </w:r>
      <w:r w:rsidR="00076572" w:rsidRPr="00076572">
        <w:rPr>
          <w:rFonts w:ascii="Times New Roman" w:eastAsia="Times New Roman" w:hAnsi="Times New Roman" w:cs="Times New Roman"/>
          <w:i/>
          <w:iCs/>
          <w:color w:val="000000"/>
          <w:spacing w:val="141"/>
          <w:sz w:val="24"/>
          <w:szCs w:val="24"/>
        </w:rPr>
        <w:t xml:space="preserve"> </w:t>
      </w:r>
      <w:r w:rsidR="00076572" w:rsidRPr="00076572">
        <w:rPr>
          <w:rFonts w:ascii="Times New Roman" w:eastAsia="Times New Roman" w:hAnsi="Times New Roman" w:cs="Times New Roman"/>
          <w:i/>
          <w:iCs/>
          <w:color w:val="000000"/>
          <w:sz w:val="24"/>
          <w:szCs w:val="24"/>
        </w:rPr>
        <w:t>stud</w:t>
      </w:r>
      <w:r w:rsidR="00076572" w:rsidRPr="00076572">
        <w:rPr>
          <w:rFonts w:ascii="Times New Roman" w:eastAsia="Times New Roman" w:hAnsi="Times New Roman" w:cs="Times New Roman"/>
          <w:i/>
          <w:iCs/>
          <w:color w:val="000000"/>
          <w:spacing w:val="-2"/>
          <w:sz w:val="24"/>
          <w:szCs w:val="24"/>
        </w:rPr>
        <w:t>ie</w:t>
      </w:r>
      <w:r w:rsidR="00076572" w:rsidRPr="00076572">
        <w:rPr>
          <w:rFonts w:ascii="Times New Roman" w:eastAsia="Times New Roman" w:hAnsi="Times New Roman" w:cs="Times New Roman"/>
          <w:i/>
          <w:iCs/>
          <w:color w:val="000000"/>
          <w:sz w:val="24"/>
          <w:szCs w:val="24"/>
        </w:rPr>
        <w:t>s</w:t>
      </w:r>
      <w:r w:rsidR="00076572" w:rsidRPr="00076572">
        <w:rPr>
          <w:rFonts w:ascii="Times New Roman" w:eastAsia="Times New Roman" w:hAnsi="Times New Roman" w:cs="Times New Roman"/>
          <w:i/>
          <w:iCs/>
          <w:color w:val="000000"/>
          <w:spacing w:val="138"/>
          <w:sz w:val="24"/>
          <w:szCs w:val="24"/>
        </w:rPr>
        <w:t xml:space="preserve"> </w:t>
      </w:r>
      <w:r w:rsidR="00076572" w:rsidRPr="00076572">
        <w:rPr>
          <w:rFonts w:ascii="Times New Roman" w:eastAsia="Times New Roman" w:hAnsi="Times New Roman" w:cs="Times New Roman"/>
          <w:i/>
          <w:iCs/>
          <w:color w:val="000000"/>
          <w:spacing w:val="1"/>
          <w:sz w:val="24"/>
          <w:szCs w:val="24"/>
        </w:rPr>
        <w:t>e</w:t>
      </w:r>
      <w:r w:rsidR="00076572" w:rsidRPr="00076572">
        <w:rPr>
          <w:rFonts w:ascii="Times New Roman" w:eastAsia="Times New Roman" w:hAnsi="Times New Roman" w:cs="Times New Roman"/>
          <w:i/>
          <w:iCs/>
          <w:color w:val="000000"/>
          <w:sz w:val="24"/>
          <w:szCs w:val="24"/>
        </w:rPr>
        <w:t>spe</w:t>
      </w:r>
      <w:r w:rsidR="00076572" w:rsidRPr="00076572">
        <w:rPr>
          <w:rFonts w:ascii="Times New Roman" w:eastAsia="Times New Roman" w:hAnsi="Times New Roman" w:cs="Times New Roman"/>
          <w:i/>
          <w:iCs/>
          <w:color w:val="000000"/>
          <w:spacing w:val="1"/>
          <w:sz w:val="24"/>
          <w:szCs w:val="24"/>
        </w:rPr>
        <w:t>ciall</w:t>
      </w:r>
      <w:r w:rsidR="00076572" w:rsidRPr="00076572">
        <w:rPr>
          <w:rFonts w:ascii="Times New Roman" w:eastAsia="Times New Roman" w:hAnsi="Times New Roman" w:cs="Times New Roman"/>
          <w:i/>
          <w:iCs/>
          <w:color w:val="000000"/>
          <w:sz w:val="24"/>
          <w:szCs w:val="24"/>
        </w:rPr>
        <w:t>y l</w:t>
      </w:r>
      <w:r w:rsidR="00076572" w:rsidRPr="00076572">
        <w:rPr>
          <w:rFonts w:ascii="Times New Roman" w:eastAsia="Times New Roman" w:hAnsi="Times New Roman" w:cs="Times New Roman"/>
          <w:i/>
          <w:iCs/>
          <w:color w:val="000000"/>
          <w:spacing w:val="1"/>
          <w:sz w:val="24"/>
          <w:szCs w:val="24"/>
        </w:rPr>
        <w:t>a</w:t>
      </w:r>
      <w:r w:rsidR="00076572" w:rsidRPr="00076572">
        <w:rPr>
          <w:rFonts w:ascii="Times New Roman" w:eastAsia="Times New Roman" w:hAnsi="Times New Roman" w:cs="Times New Roman"/>
          <w:i/>
          <w:iCs/>
          <w:color w:val="000000"/>
          <w:sz w:val="24"/>
          <w:szCs w:val="24"/>
        </w:rPr>
        <w:t>bor</w:t>
      </w:r>
      <w:r w:rsidR="00076572" w:rsidRPr="00076572">
        <w:rPr>
          <w:rFonts w:ascii="Times New Roman" w:eastAsia="Times New Roman" w:hAnsi="Times New Roman" w:cs="Times New Roman"/>
          <w:i/>
          <w:iCs/>
          <w:color w:val="000000"/>
          <w:spacing w:val="1"/>
          <w:sz w:val="24"/>
          <w:szCs w:val="24"/>
        </w:rPr>
        <w:t>atory</w:t>
      </w:r>
      <w:r w:rsidR="00076572" w:rsidRPr="00076572">
        <w:rPr>
          <w:rFonts w:ascii="Times New Roman" w:eastAsia="Times New Roman" w:hAnsi="Times New Roman" w:cs="Times New Roman"/>
          <w:i/>
          <w:iCs/>
          <w:color w:val="000000"/>
          <w:spacing w:val="20"/>
          <w:sz w:val="24"/>
          <w:szCs w:val="24"/>
        </w:rPr>
        <w:t xml:space="preserve"> </w:t>
      </w:r>
      <w:r w:rsidR="00076572" w:rsidRPr="00076572">
        <w:rPr>
          <w:rFonts w:ascii="Times New Roman" w:eastAsia="Times New Roman" w:hAnsi="Times New Roman" w:cs="Times New Roman"/>
          <w:i/>
          <w:iCs/>
          <w:color w:val="000000"/>
          <w:sz w:val="24"/>
          <w:szCs w:val="24"/>
        </w:rPr>
        <w:t>or</w:t>
      </w:r>
      <w:r w:rsidR="00076572" w:rsidRPr="00076572">
        <w:rPr>
          <w:rFonts w:ascii="Times New Roman" w:eastAsia="Times New Roman" w:hAnsi="Times New Roman" w:cs="Times New Roman"/>
          <w:i/>
          <w:iCs/>
          <w:color w:val="000000"/>
          <w:spacing w:val="1"/>
          <w:sz w:val="24"/>
          <w:szCs w:val="24"/>
        </w:rPr>
        <w:t>ie</w:t>
      </w:r>
      <w:r w:rsidR="00076572" w:rsidRPr="00076572">
        <w:rPr>
          <w:rFonts w:ascii="Times New Roman" w:eastAsia="Times New Roman" w:hAnsi="Times New Roman" w:cs="Times New Roman"/>
          <w:i/>
          <w:iCs/>
          <w:color w:val="000000"/>
          <w:sz w:val="24"/>
          <w:szCs w:val="24"/>
        </w:rPr>
        <w:t>n</w:t>
      </w:r>
      <w:r w:rsidR="00076572" w:rsidRPr="00076572">
        <w:rPr>
          <w:rFonts w:ascii="Times New Roman" w:eastAsia="Times New Roman" w:hAnsi="Times New Roman" w:cs="Times New Roman"/>
          <w:i/>
          <w:iCs/>
          <w:color w:val="000000"/>
          <w:spacing w:val="1"/>
          <w:sz w:val="24"/>
          <w:szCs w:val="24"/>
        </w:rPr>
        <w:t>te</w:t>
      </w:r>
      <w:r w:rsidR="00076572" w:rsidRPr="00076572">
        <w:rPr>
          <w:rFonts w:ascii="Times New Roman" w:eastAsia="Times New Roman" w:hAnsi="Times New Roman" w:cs="Times New Roman"/>
          <w:i/>
          <w:iCs/>
          <w:color w:val="000000"/>
          <w:sz w:val="24"/>
          <w:szCs w:val="24"/>
        </w:rPr>
        <w:t>d</w:t>
      </w:r>
      <w:r w:rsidR="00076572" w:rsidRPr="00076572">
        <w:rPr>
          <w:rFonts w:ascii="Times New Roman" w:eastAsia="Times New Roman" w:hAnsi="Times New Roman" w:cs="Times New Roman"/>
          <w:i/>
          <w:iCs/>
          <w:color w:val="000000"/>
          <w:spacing w:val="28"/>
          <w:sz w:val="24"/>
          <w:szCs w:val="24"/>
        </w:rPr>
        <w:t xml:space="preserve"> </w:t>
      </w:r>
      <w:r w:rsidR="00076572" w:rsidRPr="00076572">
        <w:rPr>
          <w:rFonts w:ascii="Times New Roman" w:eastAsia="Times New Roman" w:hAnsi="Times New Roman" w:cs="Times New Roman"/>
          <w:i/>
          <w:iCs/>
          <w:color w:val="000000"/>
          <w:spacing w:val="1"/>
          <w:sz w:val="24"/>
          <w:szCs w:val="24"/>
        </w:rPr>
        <w:t>ma</w:t>
      </w:r>
      <w:r w:rsidR="00076572" w:rsidRPr="00076572">
        <w:rPr>
          <w:rFonts w:ascii="Times New Roman" w:eastAsia="Times New Roman" w:hAnsi="Times New Roman" w:cs="Times New Roman"/>
          <w:i/>
          <w:iCs/>
          <w:color w:val="000000"/>
          <w:sz w:val="24"/>
          <w:szCs w:val="24"/>
        </w:rPr>
        <w:t>y</w:t>
      </w:r>
      <w:r w:rsidR="00076572" w:rsidRPr="00076572">
        <w:rPr>
          <w:rFonts w:ascii="Times New Roman" w:eastAsia="Times New Roman" w:hAnsi="Times New Roman" w:cs="Times New Roman"/>
          <w:i/>
          <w:iCs/>
          <w:color w:val="000000"/>
          <w:spacing w:val="20"/>
          <w:sz w:val="24"/>
          <w:szCs w:val="24"/>
        </w:rPr>
        <w:t xml:space="preserve"> </w:t>
      </w:r>
      <w:r w:rsidR="00076572" w:rsidRPr="00076572">
        <w:rPr>
          <w:rFonts w:ascii="Times New Roman" w:eastAsia="Times New Roman" w:hAnsi="Times New Roman" w:cs="Times New Roman"/>
          <w:i/>
          <w:iCs/>
          <w:color w:val="000000"/>
          <w:sz w:val="24"/>
          <w:szCs w:val="24"/>
        </w:rPr>
        <w:t>not</w:t>
      </w:r>
      <w:r w:rsidR="00076572" w:rsidRPr="00076572">
        <w:rPr>
          <w:rFonts w:ascii="Times New Roman" w:eastAsia="Times New Roman" w:hAnsi="Times New Roman" w:cs="Times New Roman"/>
          <w:i/>
          <w:iCs/>
          <w:color w:val="000000"/>
          <w:spacing w:val="29"/>
          <w:sz w:val="24"/>
          <w:szCs w:val="24"/>
        </w:rPr>
        <w:t xml:space="preserve"> </w:t>
      </w:r>
      <w:r w:rsidR="00076572" w:rsidRPr="00076572">
        <w:rPr>
          <w:rFonts w:ascii="Times New Roman" w:eastAsia="Times New Roman" w:hAnsi="Times New Roman" w:cs="Times New Roman"/>
          <w:i/>
          <w:iCs/>
          <w:color w:val="000000"/>
          <w:sz w:val="24"/>
          <w:szCs w:val="24"/>
        </w:rPr>
        <w:t>f</w:t>
      </w:r>
      <w:r w:rsidR="00076572" w:rsidRPr="00076572">
        <w:rPr>
          <w:rFonts w:ascii="Times New Roman" w:eastAsia="Times New Roman" w:hAnsi="Times New Roman" w:cs="Times New Roman"/>
          <w:i/>
          <w:iCs/>
          <w:color w:val="000000"/>
          <w:spacing w:val="1"/>
          <w:sz w:val="24"/>
          <w:szCs w:val="24"/>
        </w:rPr>
        <w:t>i</w:t>
      </w:r>
      <w:r w:rsidR="00076572" w:rsidRPr="00076572">
        <w:rPr>
          <w:rFonts w:ascii="Times New Roman" w:eastAsia="Times New Roman" w:hAnsi="Times New Roman" w:cs="Times New Roman"/>
          <w:i/>
          <w:iCs/>
          <w:color w:val="000000"/>
          <w:sz w:val="24"/>
          <w:szCs w:val="24"/>
        </w:rPr>
        <w:t>t</w:t>
      </w:r>
      <w:r w:rsidR="00076572" w:rsidRPr="00076572">
        <w:rPr>
          <w:rFonts w:ascii="Times New Roman" w:eastAsia="Times New Roman" w:hAnsi="Times New Roman" w:cs="Times New Roman"/>
          <w:i/>
          <w:iCs/>
          <w:color w:val="000000"/>
          <w:spacing w:val="29"/>
          <w:sz w:val="24"/>
          <w:szCs w:val="24"/>
        </w:rPr>
        <w:t xml:space="preserve"> </w:t>
      </w:r>
      <w:r w:rsidR="00076572" w:rsidRPr="00076572">
        <w:rPr>
          <w:rFonts w:ascii="Times New Roman" w:eastAsia="Times New Roman" w:hAnsi="Times New Roman" w:cs="Times New Roman"/>
          <w:i/>
          <w:iCs/>
          <w:color w:val="000000"/>
          <w:spacing w:val="1"/>
          <w:sz w:val="24"/>
          <w:szCs w:val="24"/>
        </w:rPr>
        <w:t>i</w:t>
      </w:r>
      <w:r w:rsidR="00076572" w:rsidRPr="00076572">
        <w:rPr>
          <w:rFonts w:ascii="Times New Roman" w:eastAsia="Times New Roman" w:hAnsi="Times New Roman" w:cs="Times New Roman"/>
          <w:i/>
          <w:iCs/>
          <w:color w:val="000000"/>
          <w:sz w:val="24"/>
          <w:szCs w:val="24"/>
        </w:rPr>
        <w:t>n</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o</w:t>
      </w:r>
      <w:r w:rsidR="00076572" w:rsidRPr="00076572">
        <w:rPr>
          <w:rFonts w:ascii="Times New Roman" w:eastAsia="Times New Roman" w:hAnsi="Times New Roman" w:cs="Times New Roman"/>
          <w:i/>
          <w:iCs/>
          <w:color w:val="000000"/>
          <w:spacing w:val="27"/>
          <w:sz w:val="24"/>
          <w:szCs w:val="24"/>
        </w:rPr>
        <w:t xml:space="preserve"> </w:t>
      </w:r>
      <w:r w:rsidR="00076572" w:rsidRPr="00076572">
        <w:rPr>
          <w:rFonts w:ascii="Times New Roman" w:eastAsia="Times New Roman" w:hAnsi="Times New Roman" w:cs="Times New Roman"/>
          <w:i/>
          <w:iCs/>
          <w:color w:val="000000"/>
          <w:sz w:val="24"/>
          <w:szCs w:val="24"/>
        </w:rPr>
        <w:t>Co</w:t>
      </w:r>
      <w:r w:rsidR="00076572" w:rsidRPr="00076572">
        <w:rPr>
          <w:rFonts w:ascii="Times New Roman" w:eastAsia="Times New Roman" w:hAnsi="Times New Roman" w:cs="Times New Roman"/>
          <w:i/>
          <w:iCs/>
          <w:color w:val="000000"/>
          <w:spacing w:val="-2"/>
          <w:sz w:val="24"/>
          <w:szCs w:val="24"/>
        </w:rPr>
        <w:t>n</w:t>
      </w:r>
      <w:r w:rsidR="00076572" w:rsidRPr="00076572">
        <w:rPr>
          <w:rFonts w:ascii="Times New Roman" w:eastAsia="Times New Roman" w:hAnsi="Times New Roman" w:cs="Times New Roman"/>
          <w:i/>
          <w:iCs/>
          <w:color w:val="000000"/>
          <w:sz w:val="24"/>
          <w:szCs w:val="24"/>
        </w:rPr>
        <w:t>cep</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ual</w:t>
      </w:r>
      <w:r w:rsidR="00076572" w:rsidRPr="00076572">
        <w:rPr>
          <w:rFonts w:ascii="Times New Roman" w:eastAsia="Times New Roman" w:hAnsi="Times New Roman" w:cs="Times New Roman"/>
          <w:i/>
          <w:iCs/>
          <w:color w:val="000000"/>
          <w:spacing w:val="-1"/>
          <w:sz w:val="24"/>
          <w:szCs w:val="24"/>
        </w:rPr>
        <w:t>/</w:t>
      </w:r>
      <w:r w:rsidR="00076572" w:rsidRPr="00076572">
        <w:rPr>
          <w:rFonts w:ascii="Times New Roman" w:eastAsia="Times New Roman" w:hAnsi="Times New Roman" w:cs="Times New Roman"/>
          <w:i/>
          <w:iCs/>
          <w:color w:val="000000"/>
          <w:sz w:val="24"/>
          <w:szCs w:val="24"/>
        </w:rPr>
        <w:t>Th</w:t>
      </w:r>
      <w:r w:rsidR="00076572" w:rsidRPr="00076572">
        <w:rPr>
          <w:rFonts w:ascii="Times New Roman" w:eastAsia="Times New Roman" w:hAnsi="Times New Roman" w:cs="Times New Roman"/>
          <w:i/>
          <w:iCs/>
          <w:color w:val="000000"/>
          <w:spacing w:val="1"/>
          <w:sz w:val="24"/>
          <w:szCs w:val="24"/>
        </w:rPr>
        <w:t>e</w:t>
      </w:r>
      <w:r w:rsidR="00076572" w:rsidRPr="00076572">
        <w:rPr>
          <w:rFonts w:ascii="Times New Roman" w:eastAsia="Times New Roman" w:hAnsi="Times New Roman" w:cs="Times New Roman"/>
          <w:i/>
          <w:iCs/>
          <w:color w:val="000000"/>
          <w:sz w:val="24"/>
          <w:szCs w:val="24"/>
        </w:rPr>
        <w:t>ore</w:t>
      </w:r>
      <w:r w:rsidR="00076572" w:rsidRPr="00076572">
        <w:rPr>
          <w:rFonts w:ascii="Times New Roman" w:eastAsia="Times New Roman" w:hAnsi="Times New Roman" w:cs="Times New Roman"/>
          <w:i/>
          <w:iCs/>
          <w:color w:val="000000"/>
          <w:spacing w:val="8"/>
          <w:sz w:val="24"/>
          <w:szCs w:val="24"/>
        </w:rPr>
        <w:t>t</w:t>
      </w:r>
      <w:r w:rsidR="00076572" w:rsidRPr="00076572">
        <w:rPr>
          <w:rFonts w:ascii="Times New Roman" w:eastAsia="Times New Roman" w:hAnsi="Times New Roman" w:cs="Times New Roman"/>
          <w:i/>
          <w:iCs/>
          <w:color w:val="000000"/>
          <w:spacing w:val="1"/>
          <w:sz w:val="24"/>
          <w:szCs w:val="24"/>
        </w:rPr>
        <w:t>i</w:t>
      </w:r>
      <w:r w:rsidR="00076572" w:rsidRPr="00076572">
        <w:rPr>
          <w:rFonts w:ascii="Times New Roman" w:eastAsia="Times New Roman" w:hAnsi="Times New Roman" w:cs="Times New Roman"/>
          <w:i/>
          <w:iCs/>
          <w:color w:val="000000"/>
          <w:sz w:val="24"/>
          <w:szCs w:val="24"/>
        </w:rPr>
        <w:t>cal</w:t>
      </w:r>
      <w:r w:rsidR="00076572" w:rsidRPr="00076572">
        <w:rPr>
          <w:rFonts w:ascii="Times New Roman" w:eastAsia="Times New Roman" w:hAnsi="Times New Roman" w:cs="Times New Roman"/>
          <w:i/>
          <w:iCs/>
          <w:color w:val="000000"/>
          <w:spacing w:val="29"/>
          <w:sz w:val="24"/>
          <w:szCs w:val="24"/>
        </w:rPr>
        <w:t xml:space="preserve"> </w:t>
      </w:r>
      <w:r w:rsidR="00076572" w:rsidRPr="00076572">
        <w:rPr>
          <w:rFonts w:ascii="Times New Roman" w:eastAsia="Times New Roman" w:hAnsi="Times New Roman" w:cs="Times New Roman"/>
          <w:i/>
          <w:iCs/>
          <w:color w:val="000000"/>
          <w:sz w:val="24"/>
          <w:szCs w:val="24"/>
        </w:rPr>
        <w:t>fr</w:t>
      </w:r>
      <w:r w:rsidR="00076572" w:rsidRPr="00076572">
        <w:rPr>
          <w:rFonts w:ascii="Times New Roman" w:eastAsia="Times New Roman" w:hAnsi="Times New Roman" w:cs="Times New Roman"/>
          <w:i/>
          <w:iCs/>
          <w:color w:val="000000"/>
          <w:spacing w:val="-1"/>
          <w:sz w:val="24"/>
          <w:szCs w:val="24"/>
        </w:rPr>
        <w:t>a</w:t>
      </w:r>
      <w:r w:rsidR="00076572" w:rsidRPr="00076572">
        <w:rPr>
          <w:rFonts w:ascii="Times New Roman" w:eastAsia="Times New Roman" w:hAnsi="Times New Roman" w:cs="Times New Roman"/>
          <w:i/>
          <w:iCs/>
          <w:color w:val="000000"/>
          <w:sz w:val="24"/>
          <w:szCs w:val="24"/>
        </w:rPr>
        <w:t>mes).</w:t>
      </w:r>
      <w:r w:rsidR="00076572" w:rsidRPr="00076572">
        <w:rPr>
          <w:rFonts w:ascii="Times New Roman" w:eastAsia="Times New Roman" w:hAnsi="Times New Roman" w:cs="Times New Roman"/>
          <w:i/>
          <w:iCs/>
          <w:color w:val="000000"/>
          <w:spacing w:val="26"/>
          <w:sz w:val="24"/>
          <w:szCs w:val="24"/>
        </w:rPr>
        <w:t xml:space="preserve"> </w:t>
      </w:r>
      <w:r w:rsidR="00076572" w:rsidRPr="00076572">
        <w:rPr>
          <w:rFonts w:ascii="Times New Roman" w:eastAsia="Times New Roman" w:hAnsi="Times New Roman" w:cs="Times New Roman"/>
          <w:i/>
          <w:iCs/>
          <w:color w:val="000000"/>
          <w:sz w:val="24"/>
          <w:szCs w:val="24"/>
        </w:rPr>
        <w:t>Where</w:t>
      </w:r>
      <w:r w:rsidR="00076572" w:rsidRPr="00076572">
        <w:rPr>
          <w:rFonts w:ascii="Times New Roman" w:eastAsia="Times New Roman" w:hAnsi="Times New Roman" w:cs="Times New Roman"/>
          <w:i/>
          <w:iCs/>
          <w:color w:val="000000"/>
          <w:spacing w:val="29"/>
          <w:sz w:val="24"/>
          <w:szCs w:val="24"/>
        </w:rPr>
        <w:t xml:space="preserve"> </w:t>
      </w:r>
      <w:r w:rsidR="00076572" w:rsidRPr="00076572">
        <w:rPr>
          <w:rFonts w:ascii="Times New Roman" w:eastAsia="Times New Roman" w:hAnsi="Times New Roman" w:cs="Times New Roman"/>
          <w:i/>
          <w:iCs/>
          <w:color w:val="000000"/>
          <w:spacing w:val="1"/>
          <w:sz w:val="24"/>
          <w:szCs w:val="24"/>
        </w:rPr>
        <w:t>a</w:t>
      </w:r>
      <w:r w:rsidR="00076572" w:rsidRPr="00076572">
        <w:rPr>
          <w:rFonts w:ascii="Times New Roman" w:eastAsia="Times New Roman" w:hAnsi="Times New Roman" w:cs="Times New Roman"/>
          <w:i/>
          <w:iCs/>
          <w:color w:val="000000"/>
          <w:sz w:val="24"/>
          <w:szCs w:val="24"/>
        </w:rPr>
        <w:t>ppl</w:t>
      </w:r>
      <w:r w:rsidR="00076572" w:rsidRPr="00076572">
        <w:rPr>
          <w:rFonts w:ascii="Times New Roman" w:eastAsia="Times New Roman" w:hAnsi="Times New Roman" w:cs="Times New Roman"/>
          <w:i/>
          <w:iCs/>
          <w:color w:val="000000"/>
          <w:spacing w:val="-3"/>
          <w:sz w:val="24"/>
          <w:szCs w:val="24"/>
        </w:rPr>
        <w:t>i</w:t>
      </w:r>
      <w:r w:rsidR="00076572" w:rsidRPr="00076572">
        <w:rPr>
          <w:rFonts w:ascii="Times New Roman" w:eastAsia="Times New Roman" w:hAnsi="Times New Roman" w:cs="Times New Roman"/>
          <w:i/>
          <w:iCs/>
          <w:color w:val="000000"/>
          <w:sz w:val="24"/>
          <w:szCs w:val="24"/>
        </w:rPr>
        <w:t>cab</w:t>
      </w:r>
      <w:r w:rsidR="00076572" w:rsidRPr="00076572">
        <w:rPr>
          <w:rFonts w:ascii="Times New Roman" w:eastAsia="Times New Roman" w:hAnsi="Times New Roman" w:cs="Times New Roman"/>
          <w:i/>
          <w:iCs/>
          <w:color w:val="000000"/>
          <w:spacing w:val="1"/>
          <w:sz w:val="24"/>
          <w:szCs w:val="24"/>
        </w:rPr>
        <w:t>l</w:t>
      </w:r>
      <w:r w:rsidR="00076572" w:rsidRPr="00076572">
        <w:rPr>
          <w:rFonts w:ascii="Times New Roman" w:eastAsia="Times New Roman" w:hAnsi="Times New Roman" w:cs="Times New Roman"/>
          <w:i/>
          <w:iCs/>
          <w:color w:val="000000"/>
          <w:sz w:val="24"/>
          <w:szCs w:val="24"/>
        </w:rPr>
        <w:t>e</w:t>
      </w:r>
      <w:r w:rsidR="00076572" w:rsidRPr="00076572">
        <w:rPr>
          <w:rFonts w:ascii="Times New Roman" w:eastAsia="Times New Roman" w:hAnsi="Times New Roman" w:cs="Times New Roman"/>
          <w:i/>
          <w:iCs/>
          <w:color w:val="000000"/>
          <w:spacing w:val="25"/>
          <w:sz w:val="24"/>
          <w:szCs w:val="24"/>
        </w:rPr>
        <w:t xml:space="preserve"> </w:t>
      </w:r>
      <w:r w:rsidR="00076572" w:rsidRPr="00076572">
        <w:rPr>
          <w:rFonts w:ascii="Times New Roman" w:eastAsia="Times New Roman" w:hAnsi="Times New Roman" w:cs="Times New Roman"/>
          <w:i/>
          <w:iCs/>
          <w:color w:val="000000"/>
          <w:spacing w:val="1"/>
          <w:sz w:val="24"/>
          <w:szCs w:val="24"/>
        </w:rPr>
        <w:t>i</w:t>
      </w:r>
      <w:r w:rsidR="00076572" w:rsidRPr="00076572">
        <w:rPr>
          <w:rFonts w:ascii="Times New Roman" w:eastAsia="Times New Roman" w:hAnsi="Times New Roman" w:cs="Times New Roman"/>
          <w:i/>
          <w:iCs/>
          <w:color w:val="000000"/>
          <w:sz w:val="24"/>
          <w:szCs w:val="24"/>
        </w:rPr>
        <w:t>t</w:t>
      </w:r>
      <w:r w:rsidR="00076572" w:rsidRPr="00076572">
        <w:rPr>
          <w:rFonts w:ascii="Times New Roman" w:eastAsia="Times New Roman" w:hAnsi="Times New Roman" w:cs="Times New Roman"/>
          <w:i/>
          <w:iCs/>
          <w:color w:val="000000"/>
          <w:spacing w:val="29"/>
          <w:sz w:val="24"/>
          <w:szCs w:val="24"/>
        </w:rPr>
        <w:t xml:space="preserve"> </w:t>
      </w:r>
      <w:r w:rsidR="00076572" w:rsidRPr="00076572">
        <w:rPr>
          <w:rFonts w:ascii="Times New Roman" w:eastAsia="Times New Roman" w:hAnsi="Times New Roman" w:cs="Times New Roman"/>
          <w:i/>
          <w:iCs/>
          <w:color w:val="000000"/>
          <w:spacing w:val="2"/>
          <w:sz w:val="24"/>
          <w:szCs w:val="24"/>
        </w:rPr>
        <w:t>gi</w:t>
      </w:r>
      <w:r w:rsidR="00076572" w:rsidRPr="00076572">
        <w:rPr>
          <w:rFonts w:ascii="Times New Roman" w:eastAsia="Times New Roman" w:hAnsi="Times New Roman" w:cs="Times New Roman"/>
          <w:i/>
          <w:iCs/>
          <w:color w:val="000000"/>
          <w:spacing w:val="-3"/>
          <w:sz w:val="24"/>
          <w:szCs w:val="24"/>
        </w:rPr>
        <w:t>v</w:t>
      </w:r>
      <w:r w:rsidR="00076572" w:rsidRPr="00076572">
        <w:rPr>
          <w:rFonts w:ascii="Times New Roman" w:eastAsia="Times New Roman" w:hAnsi="Times New Roman" w:cs="Times New Roman"/>
          <w:i/>
          <w:iCs/>
          <w:color w:val="000000"/>
          <w:sz w:val="24"/>
          <w:szCs w:val="24"/>
        </w:rPr>
        <w:t xml:space="preserve">es </w:t>
      </w:r>
      <w:r w:rsidR="00076572" w:rsidRPr="00076572">
        <w:rPr>
          <w:rFonts w:ascii="Times New Roman" w:eastAsia="Times New Roman" w:hAnsi="Times New Roman" w:cs="Times New Roman"/>
          <w:i/>
          <w:iCs/>
          <w:color w:val="000000"/>
          <w:spacing w:val="1"/>
          <w:sz w:val="24"/>
          <w:szCs w:val="24"/>
        </w:rPr>
        <w:t>c</w:t>
      </w:r>
      <w:r w:rsidR="00076572" w:rsidRPr="00076572">
        <w:rPr>
          <w:rFonts w:ascii="Times New Roman" w:eastAsia="Times New Roman" w:hAnsi="Times New Roman" w:cs="Times New Roman"/>
          <w:i/>
          <w:iCs/>
          <w:color w:val="000000"/>
          <w:sz w:val="24"/>
          <w:szCs w:val="24"/>
        </w:rPr>
        <w:t>on</w:t>
      </w:r>
      <w:r w:rsidR="00076572" w:rsidRPr="00076572">
        <w:rPr>
          <w:rFonts w:ascii="Times New Roman" w:eastAsia="Times New Roman" w:hAnsi="Times New Roman" w:cs="Times New Roman"/>
          <w:i/>
          <w:iCs/>
          <w:color w:val="000000"/>
          <w:spacing w:val="1"/>
          <w:sz w:val="24"/>
          <w:szCs w:val="24"/>
        </w:rPr>
        <w:t>c</w:t>
      </w:r>
      <w:r w:rsidR="00076572" w:rsidRPr="00076572">
        <w:rPr>
          <w:rFonts w:ascii="Times New Roman" w:eastAsia="Times New Roman" w:hAnsi="Times New Roman" w:cs="Times New Roman"/>
          <w:i/>
          <w:iCs/>
          <w:color w:val="000000"/>
          <w:spacing w:val="2"/>
          <w:sz w:val="24"/>
          <w:szCs w:val="24"/>
        </w:rPr>
        <w:t>e</w:t>
      </w:r>
      <w:r w:rsidR="00076572" w:rsidRPr="00076572">
        <w:rPr>
          <w:rFonts w:ascii="Times New Roman" w:eastAsia="Times New Roman" w:hAnsi="Times New Roman" w:cs="Times New Roman"/>
          <w:i/>
          <w:iCs/>
          <w:color w:val="000000"/>
          <w:sz w:val="24"/>
          <w:szCs w:val="24"/>
        </w:rPr>
        <w:t>p</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pacing w:val="-2"/>
          <w:sz w:val="24"/>
          <w:szCs w:val="24"/>
        </w:rPr>
        <w:t>u</w:t>
      </w:r>
      <w:r w:rsidR="00076572" w:rsidRPr="00076572">
        <w:rPr>
          <w:rFonts w:ascii="Times New Roman" w:eastAsia="Times New Roman" w:hAnsi="Times New Roman" w:cs="Times New Roman"/>
          <w:i/>
          <w:iCs/>
          <w:color w:val="000000"/>
          <w:sz w:val="24"/>
          <w:szCs w:val="24"/>
        </w:rPr>
        <w:t>ali</w:t>
      </w:r>
      <w:r w:rsidR="00076572" w:rsidRPr="00076572">
        <w:rPr>
          <w:rFonts w:ascii="Times New Roman" w:eastAsia="Times New Roman" w:hAnsi="Times New Roman" w:cs="Times New Roman"/>
          <w:i/>
          <w:iCs/>
          <w:color w:val="000000"/>
          <w:spacing w:val="-1"/>
          <w:sz w:val="24"/>
          <w:szCs w:val="24"/>
        </w:rPr>
        <w:t>z</w:t>
      </w:r>
      <w:r w:rsidR="00076572" w:rsidRPr="00076572">
        <w:rPr>
          <w:rFonts w:ascii="Times New Roman" w:eastAsia="Times New Roman" w:hAnsi="Times New Roman" w:cs="Times New Roman"/>
          <w:i/>
          <w:iCs/>
          <w:color w:val="000000"/>
          <w:sz w:val="24"/>
          <w:szCs w:val="24"/>
        </w:rPr>
        <w:t>ed</w:t>
      </w:r>
      <w:r w:rsidR="00076572" w:rsidRPr="00076572">
        <w:rPr>
          <w:rFonts w:ascii="Times New Roman" w:eastAsia="Times New Roman" w:hAnsi="Times New Roman" w:cs="Times New Roman"/>
          <w:i/>
          <w:iCs/>
          <w:color w:val="000000"/>
          <w:spacing w:val="31"/>
          <w:sz w:val="24"/>
          <w:szCs w:val="24"/>
        </w:rPr>
        <w:t xml:space="preserve"> </w:t>
      </w:r>
      <w:r w:rsidR="00076572" w:rsidRPr="00076572">
        <w:rPr>
          <w:rFonts w:ascii="Times New Roman" w:eastAsia="Times New Roman" w:hAnsi="Times New Roman" w:cs="Times New Roman"/>
          <w:i/>
          <w:iCs/>
          <w:color w:val="000000"/>
          <w:spacing w:val="-2"/>
          <w:sz w:val="24"/>
          <w:szCs w:val="24"/>
        </w:rPr>
        <w:t>v</w:t>
      </w:r>
      <w:r w:rsidR="00076572" w:rsidRPr="00076572">
        <w:rPr>
          <w:rFonts w:ascii="Times New Roman" w:eastAsia="Times New Roman" w:hAnsi="Times New Roman" w:cs="Times New Roman"/>
          <w:i/>
          <w:iCs/>
          <w:color w:val="000000"/>
          <w:sz w:val="24"/>
          <w:szCs w:val="24"/>
        </w:rPr>
        <w:t>ie</w:t>
      </w:r>
      <w:r w:rsidR="00076572" w:rsidRPr="00076572">
        <w:rPr>
          <w:rFonts w:ascii="Times New Roman" w:eastAsia="Times New Roman" w:hAnsi="Times New Roman" w:cs="Times New Roman"/>
          <w:i/>
          <w:iCs/>
          <w:color w:val="000000"/>
          <w:spacing w:val="1"/>
          <w:sz w:val="24"/>
          <w:szCs w:val="24"/>
        </w:rPr>
        <w:t>w</w:t>
      </w:r>
      <w:r w:rsidR="00076572" w:rsidRPr="00076572">
        <w:rPr>
          <w:rFonts w:ascii="Times New Roman" w:eastAsia="Times New Roman" w:hAnsi="Times New Roman" w:cs="Times New Roman"/>
          <w:i/>
          <w:iCs/>
          <w:color w:val="000000"/>
          <w:spacing w:val="31"/>
          <w:sz w:val="24"/>
          <w:szCs w:val="24"/>
        </w:rPr>
        <w:t xml:space="preserve"> </w:t>
      </w:r>
      <w:r w:rsidR="00076572" w:rsidRPr="00076572">
        <w:rPr>
          <w:rFonts w:ascii="Times New Roman" w:eastAsia="Times New Roman" w:hAnsi="Times New Roman" w:cs="Times New Roman"/>
          <w:i/>
          <w:iCs/>
          <w:color w:val="000000"/>
          <w:sz w:val="24"/>
          <w:szCs w:val="24"/>
        </w:rPr>
        <w:t>of</w:t>
      </w:r>
      <w:r w:rsidR="00076572" w:rsidRPr="00076572">
        <w:rPr>
          <w:rFonts w:ascii="Times New Roman" w:eastAsia="Times New Roman" w:hAnsi="Times New Roman" w:cs="Times New Roman"/>
          <w:i/>
          <w:iCs/>
          <w:color w:val="000000"/>
          <w:spacing w:val="31"/>
          <w:sz w:val="24"/>
          <w:szCs w:val="24"/>
        </w:rPr>
        <w:t xml:space="preserve"> </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he</w:t>
      </w:r>
      <w:r w:rsidR="00076572" w:rsidRPr="00076572">
        <w:rPr>
          <w:rFonts w:ascii="Times New Roman" w:eastAsia="Times New Roman" w:hAnsi="Times New Roman" w:cs="Times New Roman"/>
          <w:i/>
          <w:iCs/>
          <w:color w:val="000000"/>
          <w:spacing w:val="33"/>
          <w:sz w:val="24"/>
          <w:szCs w:val="24"/>
        </w:rPr>
        <w:t xml:space="preserve"> </w:t>
      </w:r>
      <w:r w:rsidR="00076572" w:rsidRPr="00076572">
        <w:rPr>
          <w:rFonts w:ascii="Times New Roman" w:eastAsia="Times New Roman" w:hAnsi="Times New Roman" w:cs="Times New Roman"/>
          <w:i/>
          <w:iCs/>
          <w:color w:val="000000"/>
          <w:sz w:val="24"/>
          <w:szCs w:val="24"/>
        </w:rPr>
        <w:t>stu</w:t>
      </w:r>
      <w:r w:rsidR="00076572" w:rsidRPr="00076572">
        <w:rPr>
          <w:rFonts w:ascii="Times New Roman" w:eastAsia="Times New Roman" w:hAnsi="Times New Roman" w:cs="Times New Roman"/>
          <w:i/>
          <w:iCs/>
          <w:color w:val="000000"/>
          <w:spacing w:val="2"/>
          <w:sz w:val="24"/>
          <w:szCs w:val="24"/>
        </w:rPr>
        <w:t>d</w:t>
      </w:r>
      <w:r w:rsidR="00076572" w:rsidRPr="00076572">
        <w:rPr>
          <w:rFonts w:ascii="Times New Roman" w:eastAsia="Times New Roman" w:hAnsi="Times New Roman" w:cs="Times New Roman"/>
          <w:i/>
          <w:iCs/>
          <w:color w:val="000000"/>
          <w:sz w:val="24"/>
          <w:szCs w:val="24"/>
        </w:rPr>
        <w:t>y</w:t>
      </w:r>
      <w:r w:rsidR="00076572" w:rsidRPr="00076572">
        <w:rPr>
          <w:rFonts w:ascii="Times New Roman" w:eastAsia="Times New Roman" w:hAnsi="Times New Roman" w:cs="Times New Roman"/>
          <w:i/>
          <w:iCs/>
          <w:color w:val="000000"/>
          <w:spacing w:val="28"/>
          <w:sz w:val="24"/>
          <w:szCs w:val="24"/>
        </w:rPr>
        <w:t xml:space="preserve"> </w:t>
      </w:r>
      <w:r w:rsidR="00076572" w:rsidRPr="00076572">
        <w:rPr>
          <w:rFonts w:ascii="Times New Roman" w:eastAsia="Times New Roman" w:hAnsi="Times New Roman" w:cs="Times New Roman"/>
          <w:i/>
          <w:iCs/>
          <w:color w:val="000000"/>
          <w:sz w:val="24"/>
          <w:szCs w:val="24"/>
        </w:rPr>
        <w:t>prob</w:t>
      </w:r>
      <w:r w:rsidR="00076572" w:rsidRPr="00076572">
        <w:rPr>
          <w:rFonts w:ascii="Times New Roman" w:eastAsia="Times New Roman" w:hAnsi="Times New Roman" w:cs="Times New Roman"/>
          <w:i/>
          <w:iCs/>
          <w:color w:val="000000"/>
          <w:spacing w:val="1"/>
          <w:sz w:val="24"/>
          <w:szCs w:val="24"/>
        </w:rPr>
        <w:t>l</w:t>
      </w:r>
      <w:r w:rsidR="00076572" w:rsidRPr="00076572">
        <w:rPr>
          <w:rFonts w:ascii="Times New Roman" w:eastAsia="Times New Roman" w:hAnsi="Times New Roman" w:cs="Times New Roman"/>
          <w:i/>
          <w:iCs/>
          <w:color w:val="000000"/>
          <w:spacing w:val="2"/>
          <w:sz w:val="24"/>
          <w:szCs w:val="24"/>
        </w:rPr>
        <w:t>e</w:t>
      </w:r>
      <w:r w:rsidR="00076572" w:rsidRPr="00076572">
        <w:rPr>
          <w:rFonts w:ascii="Times New Roman" w:eastAsia="Times New Roman" w:hAnsi="Times New Roman" w:cs="Times New Roman"/>
          <w:i/>
          <w:iCs/>
          <w:color w:val="000000"/>
          <w:spacing w:val="9"/>
          <w:sz w:val="24"/>
          <w:szCs w:val="24"/>
        </w:rPr>
        <w:t>m</w:t>
      </w:r>
      <w:r w:rsidR="00076572" w:rsidRPr="00076572">
        <w:rPr>
          <w:rFonts w:ascii="Times New Roman" w:eastAsia="Times New Roman" w:hAnsi="Times New Roman" w:cs="Times New Roman"/>
          <w:i/>
          <w:iCs/>
          <w:color w:val="000000"/>
          <w:sz w:val="24"/>
          <w:szCs w:val="24"/>
        </w:rPr>
        <w:t>.</w:t>
      </w:r>
      <w:r w:rsidR="00076572" w:rsidRPr="00076572">
        <w:rPr>
          <w:rFonts w:ascii="Times New Roman" w:eastAsia="Times New Roman" w:hAnsi="Times New Roman" w:cs="Times New Roman"/>
          <w:i/>
          <w:iCs/>
          <w:color w:val="000000"/>
          <w:spacing w:val="32"/>
          <w:sz w:val="24"/>
          <w:szCs w:val="24"/>
        </w:rPr>
        <w:t xml:space="preserve"> </w:t>
      </w:r>
      <w:r w:rsidR="00076572" w:rsidRPr="00076572">
        <w:rPr>
          <w:rFonts w:ascii="Times New Roman" w:eastAsia="Times New Roman" w:hAnsi="Times New Roman" w:cs="Times New Roman"/>
          <w:i/>
          <w:iCs/>
          <w:color w:val="000000"/>
          <w:spacing w:val="-3"/>
          <w:sz w:val="24"/>
          <w:szCs w:val="24"/>
        </w:rPr>
        <w:t>I</w:t>
      </w:r>
      <w:r w:rsidR="00076572" w:rsidRPr="00076572">
        <w:rPr>
          <w:rFonts w:ascii="Times New Roman" w:eastAsia="Times New Roman" w:hAnsi="Times New Roman" w:cs="Times New Roman"/>
          <w:i/>
          <w:iCs/>
          <w:color w:val="000000"/>
          <w:sz w:val="24"/>
          <w:szCs w:val="24"/>
        </w:rPr>
        <w:t>f</w:t>
      </w:r>
      <w:r w:rsidR="00076572" w:rsidRPr="00076572">
        <w:rPr>
          <w:rFonts w:ascii="Times New Roman" w:eastAsia="Times New Roman" w:hAnsi="Times New Roman" w:cs="Times New Roman"/>
          <w:i/>
          <w:iCs/>
          <w:color w:val="000000"/>
          <w:spacing w:val="31"/>
          <w:sz w:val="24"/>
          <w:szCs w:val="24"/>
        </w:rPr>
        <w:t xml:space="preserve"> </w:t>
      </w:r>
      <w:r w:rsidR="00076572" w:rsidRPr="00076572">
        <w:rPr>
          <w:rFonts w:ascii="Times New Roman" w:eastAsia="Times New Roman" w:hAnsi="Times New Roman" w:cs="Times New Roman"/>
          <w:i/>
          <w:iCs/>
          <w:color w:val="000000"/>
          <w:sz w:val="24"/>
          <w:szCs w:val="24"/>
        </w:rPr>
        <w:t>a</w:t>
      </w:r>
      <w:r w:rsidR="00076572" w:rsidRPr="00076572">
        <w:rPr>
          <w:rFonts w:ascii="Times New Roman" w:eastAsia="Times New Roman" w:hAnsi="Times New Roman" w:cs="Times New Roman"/>
          <w:i/>
          <w:iCs/>
          <w:color w:val="000000"/>
          <w:spacing w:val="34"/>
          <w:sz w:val="24"/>
          <w:szCs w:val="24"/>
        </w:rPr>
        <w:t xml:space="preserve"> </w:t>
      </w:r>
      <w:r w:rsidR="00076572" w:rsidRPr="00076572">
        <w:rPr>
          <w:rFonts w:ascii="Times New Roman" w:eastAsia="Times New Roman" w:hAnsi="Times New Roman" w:cs="Times New Roman"/>
          <w:i/>
          <w:iCs/>
          <w:color w:val="000000"/>
          <w:spacing w:val="1"/>
          <w:sz w:val="24"/>
          <w:szCs w:val="24"/>
        </w:rPr>
        <w:t>ce</w:t>
      </w:r>
      <w:r w:rsidR="00076572" w:rsidRPr="00076572">
        <w:rPr>
          <w:rFonts w:ascii="Times New Roman" w:eastAsia="Times New Roman" w:hAnsi="Times New Roman" w:cs="Times New Roman"/>
          <w:i/>
          <w:iCs/>
          <w:color w:val="000000"/>
          <w:sz w:val="24"/>
          <w:szCs w:val="24"/>
        </w:rPr>
        <w:t>r</w:t>
      </w:r>
      <w:r w:rsidR="00076572" w:rsidRPr="00076572">
        <w:rPr>
          <w:rFonts w:ascii="Times New Roman" w:eastAsia="Times New Roman" w:hAnsi="Times New Roman" w:cs="Times New Roman"/>
          <w:i/>
          <w:iCs/>
          <w:color w:val="000000"/>
          <w:spacing w:val="1"/>
          <w:sz w:val="24"/>
          <w:szCs w:val="24"/>
        </w:rPr>
        <w:t>tain</w:t>
      </w:r>
      <w:r w:rsidR="00076572" w:rsidRPr="00076572">
        <w:rPr>
          <w:rFonts w:ascii="Times New Roman" w:eastAsia="Times New Roman" w:hAnsi="Times New Roman" w:cs="Times New Roman"/>
          <w:i/>
          <w:iCs/>
          <w:color w:val="000000"/>
          <w:spacing w:val="31"/>
          <w:sz w:val="24"/>
          <w:szCs w:val="24"/>
        </w:rPr>
        <w:t xml:space="preserve"> </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h</w:t>
      </w:r>
      <w:r w:rsidR="00076572" w:rsidRPr="00076572">
        <w:rPr>
          <w:rFonts w:ascii="Times New Roman" w:eastAsia="Times New Roman" w:hAnsi="Times New Roman" w:cs="Times New Roman"/>
          <w:i/>
          <w:iCs/>
          <w:color w:val="000000"/>
          <w:spacing w:val="2"/>
          <w:sz w:val="24"/>
          <w:szCs w:val="24"/>
        </w:rPr>
        <w:t>e</w:t>
      </w:r>
      <w:r w:rsidR="00076572" w:rsidRPr="00076572">
        <w:rPr>
          <w:rFonts w:ascii="Times New Roman" w:eastAsia="Times New Roman" w:hAnsi="Times New Roman" w:cs="Times New Roman"/>
          <w:i/>
          <w:iCs/>
          <w:color w:val="000000"/>
          <w:sz w:val="24"/>
          <w:szCs w:val="24"/>
        </w:rPr>
        <w:t>ory</w:t>
      </w:r>
      <w:r w:rsidR="00076572" w:rsidRPr="00076572">
        <w:rPr>
          <w:rFonts w:ascii="Times New Roman" w:eastAsia="Times New Roman" w:hAnsi="Times New Roman" w:cs="Times New Roman"/>
          <w:i/>
          <w:iCs/>
          <w:color w:val="000000"/>
          <w:spacing w:val="28"/>
          <w:sz w:val="24"/>
          <w:szCs w:val="24"/>
        </w:rPr>
        <w:t xml:space="preserve"> </w:t>
      </w:r>
      <w:r w:rsidR="00076572" w:rsidRPr="00076572">
        <w:rPr>
          <w:rFonts w:ascii="Times New Roman" w:eastAsia="Times New Roman" w:hAnsi="Times New Roman" w:cs="Times New Roman"/>
          <w:i/>
          <w:iCs/>
          <w:color w:val="000000"/>
          <w:sz w:val="24"/>
          <w:szCs w:val="24"/>
        </w:rPr>
        <w:t>f</w:t>
      </w:r>
      <w:r w:rsidR="00076572" w:rsidRPr="00076572">
        <w:rPr>
          <w:rFonts w:ascii="Times New Roman" w:eastAsia="Times New Roman" w:hAnsi="Times New Roman" w:cs="Times New Roman"/>
          <w:i/>
          <w:iCs/>
          <w:color w:val="000000"/>
          <w:spacing w:val="1"/>
          <w:sz w:val="24"/>
          <w:szCs w:val="24"/>
        </w:rPr>
        <w:t>it</w:t>
      </w:r>
      <w:r w:rsidR="00076572" w:rsidRPr="00076572">
        <w:rPr>
          <w:rFonts w:ascii="Times New Roman" w:eastAsia="Times New Roman" w:hAnsi="Times New Roman" w:cs="Times New Roman"/>
          <w:i/>
          <w:iCs/>
          <w:color w:val="000000"/>
          <w:sz w:val="24"/>
          <w:szCs w:val="24"/>
        </w:rPr>
        <w:t>s</w:t>
      </w:r>
      <w:r w:rsidR="00076572" w:rsidRPr="00076572">
        <w:rPr>
          <w:rFonts w:ascii="Times New Roman" w:eastAsia="Times New Roman" w:hAnsi="Times New Roman" w:cs="Times New Roman"/>
          <w:i/>
          <w:iCs/>
          <w:color w:val="000000"/>
          <w:spacing w:val="31"/>
          <w:sz w:val="24"/>
          <w:szCs w:val="24"/>
        </w:rPr>
        <w:t xml:space="preserve"> </w:t>
      </w:r>
      <w:r w:rsidR="00076572" w:rsidRPr="00076572">
        <w:rPr>
          <w:rFonts w:ascii="Times New Roman" w:eastAsia="Times New Roman" w:hAnsi="Times New Roman" w:cs="Times New Roman"/>
          <w:i/>
          <w:iCs/>
          <w:color w:val="000000"/>
          <w:spacing w:val="1"/>
          <w:sz w:val="24"/>
          <w:szCs w:val="24"/>
        </w:rPr>
        <w:t>i</w:t>
      </w:r>
      <w:r w:rsidR="00076572" w:rsidRPr="00076572">
        <w:rPr>
          <w:rFonts w:ascii="Times New Roman" w:eastAsia="Times New Roman" w:hAnsi="Times New Roman" w:cs="Times New Roman"/>
          <w:i/>
          <w:iCs/>
          <w:color w:val="000000"/>
          <w:sz w:val="24"/>
          <w:szCs w:val="24"/>
        </w:rPr>
        <w:t>n</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o</w:t>
      </w:r>
      <w:r w:rsidR="00076572" w:rsidRPr="00076572">
        <w:rPr>
          <w:rFonts w:ascii="Times New Roman" w:eastAsia="Times New Roman" w:hAnsi="Times New Roman" w:cs="Times New Roman"/>
          <w:i/>
          <w:iCs/>
          <w:color w:val="000000"/>
          <w:spacing w:val="32"/>
          <w:sz w:val="24"/>
          <w:szCs w:val="24"/>
        </w:rPr>
        <w:t xml:space="preserve"> </w:t>
      </w:r>
      <w:r w:rsidR="00076572" w:rsidRPr="00076572">
        <w:rPr>
          <w:rFonts w:ascii="Times New Roman" w:eastAsia="Times New Roman" w:hAnsi="Times New Roman" w:cs="Times New Roman"/>
          <w:i/>
          <w:iCs/>
          <w:color w:val="000000"/>
          <w:spacing w:val="1"/>
          <w:sz w:val="24"/>
          <w:szCs w:val="24"/>
        </w:rPr>
        <w:t>t</w:t>
      </w:r>
      <w:r w:rsidR="00076572" w:rsidRPr="00076572">
        <w:rPr>
          <w:rFonts w:ascii="Times New Roman" w:eastAsia="Times New Roman" w:hAnsi="Times New Roman" w:cs="Times New Roman"/>
          <w:i/>
          <w:iCs/>
          <w:color w:val="000000"/>
          <w:sz w:val="24"/>
          <w:szCs w:val="24"/>
        </w:rPr>
        <w:t>he</w:t>
      </w:r>
      <w:r w:rsidR="00076572" w:rsidRPr="00076572">
        <w:rPr>
          <w:rFonts w:ascii="Times New Roman" w:eastAsia="Times New Roman" w:hAnsi="Times New Roman" w:cs="Times New Roman"/>
          <w:i/>
          <w:iCs/>
          <w:color w:val="000000"/>
          <w:spacing w:val="33"/>
          <w:sz w:val="24"/>
          <w:szCs w:val="24"/>
        </w:rPr>
        <w:t xml:space="preserve"> </w:t>
      </w:r>
      <w:r w:rsidR="00076572" w:rsidRPr="00076572">
        <w:rPr>
          <w:rFonts w:ascii="Times New Roman" w:eastAsia="Times New Roman" w:hAnsi="Times New Roman" w:cs="Times New Roman"/>
          <w:i/>
          <w:iCs/>
          <w:color w:val="000000"/>
          <w:sz w:val="24"/>
          <w:szCs w:val="24"/>
        </w:rPr>
        <w:t>stu</w:t>
      </w:r>
      <w:r w:rsidR="00076572" w:rsidRPr="00076572">
        <w:rPr>
          <w:rFonts w:ascii="Times New Roman" w:eastAsia="Times New Roman" w:hAnsi="Times New Roman" w:cs="Times New Roman"/>
          <w:i/>
          <w:iCs/>
          <w:color w:val="000000"/>
          <w:spacing w:val="4"/>
          <w:sz w:val="24"/>
          <w:szCs w:val="24"/>
        </w:rPr>
        <w:t>d</w:t>
      </w:r>
      <w:r w:rsidR="00076572" w:rsidRPr="00076572">
        <w:rPr>
          <w:rFonts w:ascii="Times New Roman" w:eastAsia="Times New Roman" w:hAnsi="Times New Roman" w:cs="Times New Roman"/>
          <w:i/>
          <w:iCs/>
          <w:color w:val="000000"/>
          <w:spacing w:val="-7"/>
          <w:sz w:val="24"/>
          <w:szCs w:val="24"/>
        </w:rPr>
        <w:t>y</w:t>
      </w:r>
      <w:r w:rsidR="00076572" w:rsidRPr="00076572">
        <w:rPr>
          <w:rFonts w:ascii="Times New Roman" w:eastAsia="Times New Roman" w:hAnsi="Times New Roman" w:cs="Times New Roman"/>
          <w:i/>
          <w:iCs/>
          <w:color w:val="000000"/>
          <w:sz w:val="24"/>
          <w:szCs w:val="24"/>
        </w:rPr>
        <w:t>,</w:t>
      </w:r>
      <w:r w:rsidR="00076572" w:rsidRPr="00076572">
        <w:rPr>
          <w:rFonts w:ascii="Times New Roman" w:eastAsia="Times New Roman" w:hAnsi="Times New Roman" w:cs="Times New Roman"/>
          <w:i/>
          <w:iCs/>
          <w:color w:val="000000"/>
          <w:spacing w:val="34"/>
          <w:sz w:val="24"/>
          <w:szCs w:val="24"/>
        </w:rPr>
        <w:t xml:space="preserve"> </w:t>
      </w:r>
      <w:r w:rsidR="00076572" w:rsidRPr="00076572">
        <w:rPr>
          <w:rFonts w:ascii="Times New Roman" w:eastAsia="Times New Roman" w:hAnsi="Times New Roman" w:cs="Times New Roman"/>
          <w:i/>
          <w:iCs/>
          <w:color w:val="000000"/>
          <w:spacing w:val="1"/>
          <w:sz w:val="24"/>
          <w:szCs w:val="24"/>
        </w:rPr>
        <w:t>it</w:t>
      </w:r>
      <w:r w:rsidR="00076572" w:rsidRPr="00076572">
        <w:rPr>
          <w:rFonts w:ascii="Times New Roman" w:eastAsia="Times New Roman" w:hAnsi="Times New Roman" w:cs="Times New Roman"/>
          <w:i/>
          <w:iCs/>
          <w:color w:val="000000"/>
          <w:spacing w:val="32"/>
          <w:sz w:val="24"/>
          <w:szCs w:val="24"/>
        </w:rPr>
        <w:t xml:space="preserve"> </w:t>
      </w:r>
      <w:r w:rsidR="00076572" w:rsidRPr="00076572">
        <w:rPr>
          <w:rFonts w:ascii="Times New Roman" w:eastAsia="Times New Roman" w:hAnsi="Times New Roman" w:cs="Times New Roman"/>
          <w:i/>
          <w:iCs/>
          <w:color w:val="000000"/>
          <w:sz w:val="24"/>
          <w:szCs w:val="24"/>
        </w:rPr>
        <w:t>should</w:t>
      </w:r>
      <w:r w:rsidR="00076572" w:rsidRPr="00076572">
        <w:rPr>
          <w:rFonts w:ascii="Times New Roman" w:eastAsia="Times New Roman" w:hAnsi="Times New Roman" w:cs="Times New Roman"/>
          <w:i/>
          <w:iCs/>
          <w:color w:val="000000"/>
          <w:spacing w:val="32"/>
          <w:sz w:val="24"/>
          <w:szCs w:val="24"/>
        </w:rPr>
        <w:t xml:space="preserve"> </w:t>
      </w:r>
      <w:r w:rsidR="00076572" w:rsidRPr="00076572">
        <w:rPr>
          <w:rFonts w:ascii="Times New Roman" w:eastAsia="Times New Roman" w:hAnsi="Times New Roman" w:cs="Times New Roman"/>
          <w:i/>
          <w:iCs/>
          <w:color w:val="000000"/>
          <w:sz w:val="24"/>
          <w:szCs w:val="24"/>
        </w:rPr>
        <w:t>be ind</w:t>
      </w:r>
      <w:r w:rsidR="00076572" w:rsidRPr="00076572">
        <w:rPr>
          <w:rFonts w:ascii="Times New Roman" w:eastAsia="Times New Roman" w:hAnsi="Times New Roman" w:cs="Times New Roman"/>
          <w:i/>
          <w:iCs/>
          <w:color w:val="000000"/>
          <w:spacing w:val="1"/>
          <w:sz w:val="24"/>
          <w:szCs w:val="24"/>
        </w:rPr>
        <w:t>ic</w:t>
      </w:r>
      <w:r w:rsidR="00076572" w:rsidRPr="00076572">
        <w:rPr>
          <w:rFonts w:ascii="Times New Roman" w:eastAsia="Times New Roman" w:hAnsi="Times New Roman" w:cs="Times New Roman"/>
          <w:i/>
          <w:iCs/>
          <w:color w:val="000000"/>
          <w:sz w:val="24"/>
          <w:szCs w:val="24"/>
        </w:rPr>
        <w:t>at</w:t>
      </w:r>
      <w:r w:rsidR="00076572" w:rsidRPr="00076572">
        <w:rPr>
          <w:rFonts w:ascii="Times New Roman" w:eastAsia="Times New Roman" w:hAnsi="Times New Roman" w:cs="Times New Roman"/>
          <w:i/>
          <w:iCs/>
          <w:color w:val="000000"/>
          <w:spacing w:val="1"/>
          <w:sz w:val="24"/>
          <w:szCs w:val="24"/>
        </w:rPr>
        <w:t>e</w:t>
      </w:r>
      <w:r w:rsidR="00076572" w:rsidRPr="00076572">
        <w:rPr>
          <w:rFonts w:ascii="Times New Roman" w:eastAsia="Times New Roman" w:hAnsi="Times New Roman" w:cs="Times New Roman"/>
          <w:i/>
          <w:iCs/>
          <w:color w:val="000000"/>
          <w:sz w:val="24"/>
          <w:szCs w:val="24"/>
        </w:rPr>
        <w:t xml:space="preserve">d </w:t>
      </w:r>
      <w:r w:rsidR="00076572" w:rsidRPr="00076572">
        <w:rPr>
          <w:rFonts w:ascii="Times New Roman" w:eastAsia="Times New Roman" w:hAnsi="Times New Roman" w:cs="Times New Roman"/>
          <w:i/>
          <w:iCs/>
          <w:color w:val="000000"/>
          <w:spacing w:val="1"/>
          <w:sz w:val="24"/>
          <w:szCs w:val="24"/>
        </w:rPr>
        <w:t>a</w:t>
      </w:r>
      <w:r w:rsidR="00076572" w:rsidRPr="00076572">
        <w:rPr>
          <w:rFonts w:ascii="Times New Roman" w:eastAsia="Times New Roman" w:hAnsi="Times New Roman" w:cs="Times New Roman"/>
          <w:i/>
          <w:iCs/>
          <w:color w:val="000000"/>
          <w:sz w:val="24"/>
          <w:szCs w:val="24"/>
        </w:rPr>
        <w:t xml:space="preserve">nd </w:t>
      </w:r>
      <w:r w:rsidR="00076572" w:rsidRPr="00076572">
        <w:rPr>
          <w:rFonts w:ascii="Times New Roman" w:eastAsia="Times New Roman" w:hAnsi="Times New Roman" w:cs="Times New Roman"/>
          <w:i/>
          <w:iCs/>
          <w:color w:val="000000"/>
          <w:spacing w:val="-2"/>
          <w:sz w:val="24"/>
          <w:szCs w:val="24"/>
        </w:rPr>
        <w:t>d</w:t>
      </w:r>
      <w:r w:rsidR="00076572" w:rsidRPr="00076572">
        <w:rPr>
          <w:rFonts w:ascii="Times New Roman" w:eastAsia="Times New Roman" w:hAnsi="Times New Roman" w:cs="Times New Roman"/>
          <w:i/>
          <w:iCs/>
          <w:color w:val="000000"/>
          <w:sz w:val="24"/>
          <w:szCs w:val="24"/>
        </w:rPr>
        <w:t>iscus</w:t>
      </w:r>
      <w:r w:rsidR="00076572" w:rsidRPr="00076572">
        <w:rPr>
          <w:rFonts w:ascii="Times New Roman" w:eastAsia="Times New Roman" w:hAnsi="Times New Roman" w:cs="Times New Roman"/>
          <w:i/>
          <w:iCs/>
          <w:color w:val="000000"/>
          <w:spacing w:val="-2"/>
          <w:sz w:val="24"/>
          <w:szCs w:val="24"/>
        </w:rPr>
        <w:t>s</w:t>
      </w:r>
      <w:r w:rsidR="00076572" w:rsidRPr="00076572">
        <w:rPr>
          <w:rFonts w:ascii="Times New Roman" w:eastAsia="Times New Roman" w:hAnsi="Times New Roman" w:cs="Times New Roman"/>
          <w:i/>
          <w:iCs/>
          <w:color w:val="000000"/>
          <w:sz w:val="24"/>
          <w:szCs w:val="24"/>
        </w:rPr>
        <w:t>ed.</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lastRenderedPageBreak/>
        <w:t>1.9 Definition of Terms</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1.10 Organization of the Report</w:t>
      </w:r>
    </w:p>
    <w:p w:rsidR="005433F2" w:rsidRDefault="00000000">
      <w:pPr>
        <w:pStyle w:val="Heading1"/>
        <w:rPr>
          <w:rFonts w:ascii="Times New Roman" w:hAnsi="Times New Roman" w:cs="Times New Roman"/>
          <w:color w:val="auto"/>
          <w:sz w:val="24"/>
          <w:szCs w:val="24"/>
        </w:rPr>
      </w:pPr>
      <w:r w:rsidRPr="005958B9">
        <w:rPr>
          <w:rFonts w:ascii="Times New Roman" w:hAnsi="Times New Roman" w:cs="Times New Roman"/>
          <w:color w:val="auto"/>
          <w:sz w:val="24"/>
          <w:szCs w:val="24"/>
        </w:rPr>
        <w:t>CHAPTER TWO: LITERATURE REVIEW</w:t>
      </w:r>
    </w:p>
    <w:p w:rsidR="007E0FD9" w:rsidRPr="007E0FD9" w:rsidRDefault="007E0FD9" w:rsidP="007E0FD9"/>
    <w:p w:rsidR="007E0FD9" w:rsidRPr="007E0FD9" w:rsidRDefault="007E0FD9" w:rsidP="007E0FD9">
      <w:pPr>
        <w:spacing w:line="360" w:lineRule="auto"/>
        <w:jc w:val="both"/>
        <w:rPr>
          <w:rFonts w:ascii="Times New Roman" w:hAnsi="Times New Roman" w:cs="Times New Roman"/>
          <w:i/>
          <w:iCs/>
        </w:rPr>
      </w:pPr>
      <w:r w:rsidRPr="007E0FD9">
        <w:rPr>
          <w:rFonts w:ascii="Times New Roman" w:hAnsi="Times New Roman" w:cs="Times New Roman"/>
          <w:i/>
          <w:iCs/>
        </w:rPr>
        <w:t>The student should demonstrate an understanding of current research on the subject under investigation and identify clear gaps in knowledge that will be discussed. Relevant themes in the study and the derived review should align with the requirements of the title.</w:t>
      </w:r>
    </w:p>
    <w:p w:rsidR="007E0FD9" w:rsidRPr="007E0FD9" w:rsidRDefault="007E0FD9" w:rsidP="007E0FD9">
      <w:pPr>
        <w:spacing w:line="360" w:lineRule="auto"/>
        <w:jc w:val="both"/>
        <w:rPr>
          <w:rFonts w:ascii="Times New Roman" w:hAnsi="Times New Roman" w:cs="Times New Roman"/>
          <w:i/>
          <w:iCs/>
        </w:rPr>
      </w:pPr>
      <w:r w:rsidRPr="007E0FD9">
        <w:rPr>
          <w:rFonts w:ascii="Times New Roman" w:hAnsi="Times New Roman" w:cs="Times New Roman"/>
          <w:i/>
          <w:iCs/>
        </w:rPr>
        <w:t>The empirical and theoretical literature relevant to the problem being investigated should be reviewed, clearly linking the literature review to the research questions. It is essential to indicate what has been done by other researchers, including the methodologies used, and to identify existing gaps.</w:t>
      </w:r>
    </w:p>
    <w:p w:rsidR="007E0FD9" w:rsidRPr="007E0FD9" w:rsidRDefault="007E0FD9" w:rsidP="007E0FD9">
      <w:pPr>
        <w:spacing w:line="360" w:lineRule="auto"/>
        <w:jc w:val="both"/>
        <w:rPr>
          <w:rFonts w:ascii="Times New Roman" w:hAnsi="Times New Roman" w:cs="Times New Roman"/>
          <w:i/>
          <w:iCs/>
        </w:rPr>
      </w:pPr>
      <w:r w:rsidRPr="007E0FD9">
        <w:rPr>
          <w:rFonts w:ascii="Times New Roman" w:hAnsi="Times New Roman" w:cs="Times New Roman"/>
          <w:i/>
          <w:iCs/>
        </w:rPr>
        <w:t>Each key section in the text should include 3-5 citations, following the Harvard method of citation, with consistency being crucial. Additionally, each key variable should be covered in 2-3 pages to ensure a comprehensive analysis.</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2.0 Overview</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2.1 Review of the Literature</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2.2 Related Works</w:t>
      </w:r>
    </w:p>
    <w:p w:rsidR="005433F2" w:rsidRPr="005958B9" w:rsidRDefault="00000000" w:rsidP="005026CC">
      <w:pPr>
        <w:pStyle w:val="ListBullet"/>
        <w:spacing w:line="360" w:lineRule="auto"/>
        <w:rPr>
          <w:rFonts w:ascii="Times New Roman" w:hAnsi="Times New Roman" w:cs="Times New Roman"/>
          <w:sz w:val="24"/>
          <w:szCs w:val="24"/>
        </w:rPr>
      </w:pPr>
      <w:r w:rsidRPr="005958B9">
        <w:rPr>
          <w:rFonts w:ascii="Times New Roman" w:hAnsi="Times New Roman" w:cs="Times New Roman"/>
          <w:sz w:val="24"/>
          <w:szCs w:val="24"/>
        </w:rPr>
        <w:t>2.3 Gaps in the Literature</w:t>
      </w:r>
    </w:p>
    <w:p w:rsidR="005433F2" w:rsidRPr="005958B9" w:rsidRDefault="00000000">
      <w:pPr>
        <w:pStyle w:val="Heading1"/>
        <w:rPr>
          <w:rFonts w:ascii="Times New Roman" w:hAnsi="Times New Roman" w:cs="Times New Roman"/>
          <w:color w:val="auto"/>
        </w:rPr>
      </w:pPr>
      <w:r w:rsidRPr="005958B9">
        <w:rPr>
          <w:rFonts w:ascii="Times New Roman" w:hAnsi="Times New Roman" w:cs="Times New Roman"/>
          <w:color w:val="auto"/>
        </w:rPr>
        <w:t>CHAPTER THREE: METHODOLOGY</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3.0 Overview</w:t>
      </w:r>
    </w:p>
    <w:p w:rsidR="005433F2" w:rsidRPr="007E0FD9" w:rsidRDefault="00000000" w:rsidP="007E0FD9">
      <w:pPr>
        <w:pStyle w:val="ListBullet"/>
      </w:pPr>
      <w:r w:rsidRPr="005958B9">
        <w:t>3.1 Research Design</w:t>
      </w:r>
      <w:r w:rsidR="007E0FD9">
        <w:t xml:space="preserve"> - </w:t>
      </w:r>
      <w:r w:rsidR="007E0FD9" w:rsidRPr="007E0FD9">
        <w:rPr>
          <w:i/>
          <w:iCs/>
        </w:rPr>
        <w:t>State</w:t>
      </w:r>
      <w:r w:rsidR="007E0FD9" w:rsidRPr="007E0FD9">
        <w:rPr>
          <w:i/>
          <w:iCs/>
          <w:spacing w:val="2"/>
        </w:rPr>
        <w:t xml:space="preserve"> </w:t>
      </w:r>
      <w:r w:rsidR="007E0FD9" w:rsidRPr="007E0FD9">
        <w:rPr>
          <w:i/>
          <w:iCs/>
          <w:spacing w:val="1"/>
        </w:rPr>
        <w:t>a</w:t>
      </w:r>
      <w:r w:rsidR="007E0FD9" w:rsidRPr="007E0FD9">
        <w:rPr>
          <w:i/>
          <w:iCs/>
        </w:rPr>
        <w:t xml:space="preserve">nd </w:t>
      </w:r>
      <w:r w:rsidR="007E0FD9" w:rsidRPr="007E0FD9">
        <w:rPr>
          <w:i/>
          <w:iCs/>
          <w:spacing w:val="1"/>
        </w:rPr>
        <w:t>j</w:t>
      </w:r>
      <w:r w:rsidR="007E0FD9" w:rsidRPr="007E0FD9">
        <w:rPr>
          <w:i/>
          <w:iCs/>
        </w:rPr>
        <w:t>us</w:t>
      </w:r>
      <w:r w:rsidR="007E0FD9" w:rsidRPr="007E0FD9">
        <w:rPr>
          <w:i/>
          <w:iCs/>
          <w:spacing w:val="-2"/>
        </w:rPr>
        <w:t>t</w:t>
      </w:r>
      <w:r w:rsidR="007E0FD9" w:rsidRPr="007E0FD9">
        <w:rPr>
          <w:i/>
          <w:iCs/>
        </w:rPr>
        <w:t>ify</w:t>
      </w:r>
      <w:r w:rsidR="007E0FD9" w:rsidRPr="007E0FD9">
        <w:rPr>
          <w:i/>
          <w:iCs/>
          <w:spacing w:val="-7"/>
        </w:rPr>
        <w:t xml:space="preserve"> </w:t>
      </w:r>
      <w:r w:rsidR="007E0FD9" w:rsidRPr="007E0FD9">
        <w:rPr>
          <w:i/>
          <w:iCs/>
        </w:rPr>
        <w:t>the</w:t>
      </w:r>
      <w:r w:rsidR="007E0FD9" w:rsidRPr="007E0FD9">
        <w:rPr>
          <w:i/>
          <w:iCs/>
          <w:spacing w:val="1"/>
        </w:rPr>
        <w:t xml:space="preserve"> </w:t>
      </w:r>
      <w:r w:rsidR="007E0FD9" w:rsidRPr="007E0FD9">
        <w:rPr>
          <w:i/>
          <w:iCs/>
          <w:spacing w:val="2"/>
        </w:rPr>
        <w:t>c</w:t>
      </w:r>
      <w:r w:rsidR="007E0FD9" w:rsidRPr="007E0FD9">
        <w:rPr>
          <w:i/>
          <w:iCs/>
        </w:rPr>
        <w:t>ho</w:t>
      </w:r>
      <w:r w:rsidR="007E0FD9" w:rsidRPr="007E0FD9">
        <w:rPr>
          <w:i/>
          <w:iCs/>
          <w:spacing w:val="-1"/>
        </w:rPr>
        <w:t>s</w:t>
      </w:r>
      <w:r w:rsidR="007E0FD9" w:rsidRPr="007E0FD9">
        <w:rPr>
          <w:i/>
          <w:iCs/>
          <w:spacing w:val="1"/>
        </w:rPr>
        <w:t>e</w:t>
      </w:r>
      <w:r w:rsidR="007E0FD9" w:rsidRPr="007E0FD9">
        <w:rPr>
          <w:i/>
          <w:iCs/>
        </w:rPr>
        <w:t>n d</w:t>
      </w:r>
      <w:r w:rsidR="007E0FD9" w:rsidRPr="007E0FD9">
        <w:rPr>
          <w:i/>
          <w:iCs/>
          <w:spacing w:val="1"/>
        </w:rPr>
        <w:t>e</w:t>
      </w:r>
      <w:r w:rsidR="007E0FD9" w:rsidRPr="007E0FD9">
        <w:rPr>
          <w:i/>
          <w:iCs/>
        </w:rPr>
        <w:t>si</w:t>
      </w:r>
      <w:r w:rsidR="007E0FD9" w:rsidRPr="007E0FD9">
        <w:rPr>
          <w:i/>
          <w:iCs/>
          <w:spacing w:val="-3"/>
        </w:rPr>
        <w:t>g</w:t>
      </w:r>
      <w:r w:rsidR="007E0FD9" w:rsidRPr="007E0FD9">
        <w:rPr>
          <w:i/>
          <w:iCs/>
        </w:rPr>
        <w:t>n</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3.2 Baseline Study</w:t>
      </w:r>
    </w:p>
    <w:p w:rsidR="005433F2" w:rsidRPr="007E0FD9" w:rsidRDefault="00000000" w:rsidP="007E0FD9">
      <w:pPr>
        <w:pStyle w:val="ListBullet"/>
      </w:pPr>
      <w:r w:rsidRPr="005958B9">
        <w:t>3.2.1 Data Collection</w:t>
      </w:r>
      <w:r w:rsidR="007E0FD9">
        <w:t xml:space="preserve"> - </w:t>
      </w:r>
      <w:r w:rsidR="007E0FD9" w:rsidRPr="007E0FD9">
        <w:rPr>
          <w:i/>
          <w:iCs/>
          <w:spacing w:val="1"/>
        </w:rPr>
        <w:t>E</w:t>
      </w:r>
      <w:r w:rsidR="007E0FD9" w:rsidRPr="007E0FD9">
        <w:rPr>
          <w:i/>
          <w:iCs/>
        </w:rPr>
        <w:t>xp</w:t>
      </w:r>
      <w:r w:rsidR="007E0FD9" w:rsidRPr="007E0FD9">
        <w:rPr>
          <w:i/>
          <w:iCs/>
          <w:spacing w:val="1"/>
        </w:rPr>
        <w:t>lai</w:t>
      </w:r>
      <w:r w:rsidR="007E0FD9" w:rsidRPr="007E0FD9">
        <w:rPr>
          <w:i/>
          <w:iCs/>
        </w:rPr>
        <w:t>n</w:t>
      </w:r>
      <w:r w:rsidR="007E0FD9" w:rsidRPr="007E0FD9">
        <w:rPr>
          <w:i/>
          <w:iCs/>
          <w:spacing w:val="-3"/>
        </w:rPr>
        <w:t xml:space="preserve"> </w:t>
      </w:r>
      <w:r w:rsidR="007E0FD9" w:rsidRPr="007E0FD9">
        <w:rPr>
          <w:i/>
          <w:iCs/>
        </w:rPr>
        <w:t>the</w:t>
      </w:r>
      <w:r w:rsidR="007E0FD9" w:rsidRPr="007E0FD9">
        <w:rPr>
          <w:i/>
          <w:iCs/>
          <w:spacing w:val="4"/>
        </w:rPr>
        <w:t xml:space="preserve"> </w:t>
      </w:r>
      <w:r w:rsidR="007E0FD9" w:rsidRPr="007E0FD9">
        <w:rPr>
          <w:i/>
          <w:iCs/>
        </w:rPr>
        <w:t>to</w:t>
      </w:r>
      <w:r w:rsidR="007E0FD9" w:rsidRPr="007E0FD9">
        <w:rPr>
          <w:i/>
          <w:iCs/>
          <w:spacing w:val="-2"/>
        </w:rPr>
        <w:t>o</w:t>
      </w:r>
      <w:r w:rsidR="007E0FD9" w:rsidRPr="007E0FD9">
        <w:rPr>
          <w:i/>
          <w:iCs/>
        </w:rPr>
        <w:t>l</w:t>
      </w:r>
      <w:r w:rsidR="007E0FD9" w:rsidRPr="007E0FD9">
        <w:rPr>
          <w:i/>
          <w:iCs/>
          <w:spacing w:val="1"/>
        </w:rPr>
        <w:t xml:space="preserve"> t</w:t>
      </w:r>
      <w:r w:rsidR="007E0FD9" w:rsidRPr="007E0FD9">
        <w:rPr>
          <w:i/>
          <w:iCs/>
        </w:rPr>
        <w:t>h</w:t>
      </w:r>
      <w:r w:rsidR="007E0FD9" w:rsidRPr="007E0FD9">
        <w:rPr>
          <w:i/>
          <w:iCs/>
          <w:spacing w:val="-2"/>
        </w:rPr>
        <w:t>a</w:t>
      </w:r>
      <w:r w:rsidR="007E0FD9" w:rsidRPr="007E0FD9">
        <w:rPr>
          <w:i/>
          <w:iCs/>
        </w:rPr>
        <w:t>t</w:t>
      </w:r>
      <w:r w:rsidR="007E0FD9" w:rsidRPr="007E0FD9">
        <w:rPr>
          <w:i/>
          <w:iCs/>
          <w:spacing w:val="1"/>
        </w:rPr>
        <w:t xml:space="preserve"> </w:t>
      </w:r>
      <w:r w:rsidR="007E0FD9" w:rsidRPr="007E0FD9">
        <w:rPr>
          <w:i/>
          <w:iCs/>
        </w:rPr>
        <w:t>will</w:t>
      </w:r>
      <w:r w:rsidR="007E0FD9" w:rsidRPr="007E0FD9">
        <w:rPr>
          <w:i/>
          <w:iCs/>
          <w:spacing w:val="1"/>
        </w:rPr>
        <w:t xml:space="preserve"> </w:t>
      </w:r>
      <w:r w:rsidR="007E0FD9" w:rsidRPr="007E0FD9">
        <w:rPr>
          <w:i/>
          <w:iCs/>
          <w:spacing w:val="-3"/>
        </w:rPr>
        <w:t>b</w:t>
      </w:r>
      <w:r w:rsidR="007E0FD9" w:rsidRPr="007E0FD9">
        <w:rPr>
          <w:i/>
          <w:iCs/>
        </w:rPr>
        <w:t xml:space="preserve">e used </w:t>
      </w:r>
      <w:r w:rsidR="007E0FD9" w:rsidRPr="007E0FD9">
        <w:rPr>
          <w:i/>
          <w:iCs/>
          <w:spacing w:val="1"/>
        </w:rPr>
        <w:t>in</w:t>
      </w:r>
      <w:r w:rsidR="007E0FD9" w:rsidRPr="007E0FD9">
        <w:rPr>
          <w:i/>
          <w:iCs/>
        </w:rPr>
        <w:t xml:space="preserve"> t</w:t>
      </w:r>
      <w:r w:rsidR="007E0FD9" w:rsidRPr="007E0FD9">
        <w:rPr>
          <w:i/>
          <w:iCs/>
          <w:spacing w:val="-2"/>
        </w:rPr>
        <w:t>h</w:t>
      </w:r>
      <w:r w:rsidR="007E0FD9" w:rsidRPr="007E0FD9">
        <w:rPr>
          <w:i/>
          <w:iCs/>
        </w:rPr>
        <w:t>e s</w:t>
      </w:r>
      <w:r w:rsidR="007E0FD9" w:rsidRPr="007E0FD9">
        <w:rPr>
          <w:i/>
          <w:iCs/>
          <w:spacing w:val="-3"/>
        </w:rPr>
        <w:t>t</w:t>
      </w:r>
      <w:r w:rsidR="007E0FD9" w:rsidRPr="007E0FD9">
        <w:rPr>
          <w:i/>
          <w:iCs/>
        </w:rPr>
        <w:t>u</w:t>
      </w:r>
      <w:r w:rsidR="007E0FD9" w:rsidRPr="007E0FD9">
        <w:rPr>
          <w:i/>
          <w:iCs/>
          <w:spacing w:val="3"/>
        </w:rPr>
        <w:t>d</w:t>
      </w:r>
      <w:r w:rsidR="007E0FD9" w:rsidRPr="007E0FD9">
        <w:rPr>
          <w:i/>
          <w:iCs/>
        </w:rPr>
        <w:t>y</w:t>
      </w:r>
      <w:r w:rsidR="007E0FD9" w:rsidRPr="007E0FD9">
        <w:rPr>
          <w:i/>
          <w:iCs/>
          <w:spacing w:val="-7"/>
        </w:rPr>
        <w:t xml:space="preserve"> </w:t>
      </w:r>
      <w:r w:rsidR="007E0FD9" w:rsidRPr="007E0FD9">
        <w:rPr>
          <w:i/>
          <w:iCs/>
        </w:rPr>
        <w:t>and how</w:t>
      </w:r>
      <w:r w:rsidR="007E0FD9" w:rsidRPr="007E0FD9">
        <w:rPr>
          <w:i/>
          <w:iCs/>
          <w:spacing w:val="-1"/>
        </w:rPr>
        <w:t xml:space="preserve"> </w:t>
      </w:r>
      <w:r w:rsidR="007E0FD9" w:rsidRPr="007E0FD9">
        <w:rPr>
          <w:i/>
          <w:iCs/>
        </w:rPr>
        <w:t>th</w:t>
      </w:r>
      <w:r w:rsidR="007E0FD9" w:rsidRPr="007E0FD9">
        <w:rPr>
          <w:i/>
          <w:iCs/>
          <w:spacing w:val="5"/>
        </w:rPr>
        <w:t>e</w:t>
      </w:r>
      <w:r w:rsidR="007E0FD9" w:rsidRPr="007E0FD9">
        <w:rPr>
          <w:i/>
          <w:iCs/>
        </w:rPr>
        <w:t>y</w:t>
      </w:r>
      <w:r w:rsidR="007E0FD9" w:rsidRPr="007E0FD9">
        <w:rPr>
          <w:i/>
          <w:iCs/>
          <w:spacing w:val="-3"/>
        </w:rPr>
        <w:t xml:space="preserve"> </w:t>
      </w:r>
      <w:r w:rsidR="007E0FD9" w:rsidRPr="007E0FD9">
        <w:rPr>
          <w:i/>
          <w:iCs/>
          <w:spacing w:val="-1"/>
        </w:rPr>
        <w:t>w</w:t>
      </w:r>
      <w:r w:rsidR="007E0FD9" w:rsidRPr="007E0FD9">
        <w:rPr>
          <w:i/>
          <w:iCs/>
        </w:rPr>
        <w:t>i</w:t>
      </w:r>
      <w:r w:rsidR="007E0FD9" w:rsidRPr="007E0FD9">
        <w:rPr>
          <w:i/>
          <w:iCs/>
          <w:spacing w:val="1"/>
        </w:rPr>
        <w:t>l</w:t>
      </w:r>
      <w:r w:rsidR="007E0FD9" w:rsidRPr="007E0FD9">
        <w:rPr>
          <w:i/>
          <w:iCs/>
        </w:rPr>
        <w:t>l</w:t>
      </w:r>
      <w:r w:rsidR="007E0FD9" w:rsidRPr="007E0FD9">
        <w:rPr>
          <w:i/>
          <w:iCs/>
          <w:spacing w:val="1"/>
        </w:rPr>
        <w:t xml:space="preserve"> </w:t>
      </w:r>
      <w:r w:rsidR="007E0FD9" w:rsidRPr="007E0FD9">
        <w:rPr>
          <w:i/>
          <w:iCs/>
        </w:rPr>
        <w:t>be</w:t>
      </w:r>
      <w:r w:rsidR="007E0FD9" w:rsidRPr="007E0FD9">
        <w:rPr>
          <w:i/>
          <w:iCs/>
          <w:spacing w:val="1"/>
        </w:rPr>
        <w:t xml:space="preserve"> c</w:t>
      </w:r>
      <w:r w:rsidR="007E0FD9" w:rsidRPr="007E0FD9">
        <w:rPr>
          <w:i/>
          <w:iCs/>
        </w:rPr>
        <w:t>onstr</w:t>
      </w:r>
      <w:r w:rsidR="007E0FD9" w:rsidRPr="007E0FD9">
        <w:rPr>
          <w:i/>
          <w:iCs/>
          <w:spacing w:val="-2"/>
        </w:rPr>
        <w:t>u</w:t>
      </w:r>
      <w:r w:rsidR="007E0FD9" w:rsidRPr="007E0FD9">
        <w:rPr>
          <w:i/>
          <w:iCs/>
        </w:rPr>
        <w:t>cted</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3.2.2 Research Approach</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3.2.3 Development of the Application</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3.2.4 System Design</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3.3 System Design</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3.3.1 Context Diagram</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lastRenderedPageBreak/>
        <w:t>3.3.2 System Software Level Architectural Design</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3.3.3 Modular Design of the System Functions</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3.3.4 System Class Diagram</w:t>
      </w:r>
    </w:p>
    <w:p w:rsidR="005433F2" w:rsidRPr="005958B9" w:rsidRDefault="00000000" w:rsidP="005026CC">
      <w:pPr>
        <w:pStyle w:val="ListBullet"/>
        <w:spacing w:line="360" w:lineRule="auto"/>
        <w:rPr>
          <w:rFonts w:ascii="Times New Roman" w:hAnsi="Times New Roman" w:cs="Times New Roman"/>
        </w:rPr>
      </w:pPr>
      <w:r w:rsidRPr="005958B9">
        <w:rPr>
          <w:rFonts w:ascii="Times New Roman" w:hAnsi="Times New Roman" w:cs="Times New Roman"/>
        </w:rPr>
        <w:t>3.3.5 System Data Model Design</w:t>
      </w:r>
    </w:p>
    <w:p w:rsidR="007E0FD9" w:rsidRPr="007E0FD9" w:rsidRDefault="00000000" w:rsidP="007E0FD9">
      <w:pPr>
        <w:widowControl w:val="0"/>
        <w:spacing w:line="360" w:lineRule="auto"/>
        <w:rPr>
          <w:rFonts w:ascii="Times New Roman" w:eastAsia="Times New Roman" w:hAnsi="Times New Roman" w:cs="Times New Roman"/>
          <w:i/>
          <w:iCs/>
          <w:color w:val="000000"/>
          <w:sz w:val="24"/>
          <w:szCs w:val="24"/>
        </w:rPr>
      </w:pPr>
      <w:r w:rsidRPr="007E0FD9">
        <w:rPr>
          <w:rFonts w:ascii="Times New Roman" w:hAnsi="Times New Roman" w:cs="Times New Roman"/>
          <w:b/>
          <w:bCs/>
          <w:sz w:val="24"/>
          <w:szCs w:val="24"/>
        </w:rPr>
        <w:t>IV. REFERENCES</w:t>
      </w:r>
      <w:r w:rsidR="007E0FD9">
        <w:rPr>
          <w:rFonts w:ascii="Times New Roman" w:hAnsi="Times New Roman" w:cs="Times New Roman"/>
          <w:sz w:val="24"/>
          <w:szCs w:val="24"/>
        </w:rPr>
        <w:t xml:space="preserve"> - </w:t>
      </w:r>
      <w:r w:rsidR="007E0FD9" w:rsidRPr="007E0FD9">
        <w:rPr>
          <w:rFonts w:ascii="Times New Roman" w:eastAsia="Times New Roman" w:hAnsi="Times New Roman" w:cs="Times New Roman"/>
          <w:i/>
          <w:iCs/>
          <w:color w:val="000000"/>
          <w:sz w:val="24"/>
          <w:szCs w:val="24"/>
        </w:rPr>
        <w:t>R</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f</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r</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n</w:t>
      </w:r>
      <w:r w:rsidR="007E0FD9" w:rsidRPr="007E0FD9">
        <w:rPr>
          <w:rFonts w:ascii="Times New Roman" w:eastAsia="Times New Roman" w:hAnsi="Times New Roman" w:cs="Times New Roman"/>
          <w:i/>
          <w:iCs/>
          <w:color w:val="000000"/>
          <w:spacing w:val="-1"/>
          <w:sz w:val="24"/>
          <w:szCs w:val="24"/>
        </w:rPr>
        <w:t>c</w:t>
      </w:r>
      <w:r w:rsidR="007E0FD9" w:rsidRPr="007E0FD9">
        <w:rPr>
          <w:rFonts w:ascii="Times New Roman" w:eastAsia="Times New Roman" w:hAnsi="Times New Roman" w:cs="Times New Roman"/>
          <w:i/>
          <w:iCs/>
          <w:color w:val="000000"/>
          <w:sz w:val="24"/>
          <w:szCs w:val="24"/>
        </w:rPr>
        <w:t>es</w:t>
      </w:r>
      <w:r w:rsidR="007E0FD9" w:rsidRPr="007E0FD9">
        <w:rPr>
          <w:rFonts w:ascii="Times New Roman" w:eastAsia="Times New Roman" w:hAnsi="Times New Roman" w:cs="Times New Roman"/>
          <w:i/>
          <w:iCs/>
          <w:color w:val="000000"/>
          <w:spacing w:val="27"/>
          <w:sz w:val="24"/>
          <w:szCs w:val="24"/>
        </w:rPr>
        <w:t xml:space="preserve"> </w:t>
      </w:r>
      <w:r w:rsidR="007E0FD9" w:rsidRPr="007E0FD9">
        <w:rPr>
          <w:rFonts w:ascii="Times New Roman" w:eastAsia="Times New Roman" w:hAnsi="Times New Roman" w:cs="Times New Roman"/>
          <w:i/>
          <w:iCs/>
          <w:color w:val="000000"/>
          <w:sz w:val="24"/>
          <w:szCs w:val="24"/>
        </w:rPr>
        <w:t>l</w:t>
      </w:r>
      <w:r w:rsidR="007E0FD9" w:rsidRPr="007E0FD9">
        <w:rPr>
          <w:rFonts w:ascii="Times New Roman" w:eastAsia="Times New Roman" w:hAnsi="Times New Roman" w:cs="Times New Roman"/>
          <w:i/>
          <w:iCs/>
          <w:color w:val="000000"/>
          <w:spacing w:val="1"/>
          <w:sz w:val="24"/>
          <w:szCs w:val="24"/>
        </w:rPr>
        <w:t>i</w:t>
      </w:r>
      <w:r w:rsidR="007E0FD9" w:rsidRPr="007E0FD9">
        <w:rPr>
          <w:rFonts w:ascii="Times New Roman" w:eastAsia="Times New Roman" w:hAnsi="Times New Roman" w:cs="Times New Roman"/>
          <w:i/>
          <w:iCs/>
          <w:color w:val="000000"/>
          <w:sz w:val="24"/>
          <w:szCs w:val="24"/>
        </w:rPr>
        <w:t>st</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d</w:t>
      </w:r>
      <w:r w:rsidR="007E0FD9" w:rsidRPr="007E0FD9">
        <w:rPr>
          <w:rFonts w:ascii="Times New Roman" w:eastAsia="Times New Roman" w:hAnsi="Times New Roman" w:cs="Times New Roman"/>
          <w:i/>
          <w:iCs/>
          <w:color w:val="000000"/>
          <w:spacing w:val="28"/>
          <w:sz w:val="24"/>
          <w:szCs w:val="24"/>
        </w:rPr>
        <w:t xml:space="preserve"> </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lph</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betically</w:t>
      </w:r>
      <w:r w:rsidR="007E0FD9" w:rsidRPr="007E0FD9">
        <w:rPr>
          <w:rFonts w:ascii="Times New Roman" w:eastAsia="Times New Roman" w:hAnsi="Times New Roman" w:cs="Times New Roman"/>
          <w:i/>
          <w:iCs/>
          <w:color w:val="000000"/>
          <w:spacing w:val="20"/>
          <w:sz w:val="24"/>
          <w:szCs w:val="24"/>
        </w:rPr>
        <w:t xml:space="preserve"> </w:t>
      </w:r>
      <w:r w:rsidR="007E0FD9" w:rsidRPr="007E0FD9">
        <w:rPr>
          <w:rFonts w:ascii="Times New Roman" w:eastAsia="Times New Roman" w:hAnsi="Times New Roman" w:cs="Times New Roman"/>
          <w:i/>
          <w:iCs/>
          <w:color w:val="000000"/>
          <w:spacing w:val="1"/>
          <w:sz w:val="24"/>
          <w:szCs w:val="24"/>
        </w:rPr>
        <w:t>i</w:t>
      </w:r>
      <w:r w:rsidR="007E0FD9" w:rsidRPr="007E0FD9">
        <w:rPr>
          <w:rFonts w:ascii="Times New Roman" w:eastAsia="Times New Roman" w:hAnsi="Times New Roman" w:cs="Times New Roman"/>
          <w:i/>
          <w:iCs/>
          <w:color w:val="000000"/>
          <w:sz w:val="24"/>
          <w:szCs w:val="24"/>
        </w:rPr>
        <w:t>n</w:t>
      </w:r>
      <w:r w:rsidR="007E0FD9" w:rsidRPr="007E0FD9">
        <w:rPr>
          <w:rFonts w:ascii="Times New Roman" w:eastAsia="Times New Roman" w:hAnsi="Times New Roman" w:cs="Times New Roman"/>
          <w:i/>
          <w:iCs/>
          <w:color w:val="000000"/>
          <w:spacing w:val="28"/>
          <w:sz w:val="24"/>
          <w:szCs w:val="24"/>
        </w:rPr>
        <w:t xml:space="preserve"> </w:t>
      </w:r>
      <w:r w:rsidR="007E0FD9" w:rsidRPr="007E0FD9">
        <w:rPr>
          <w:rFonts w:ascii="Times New Roman" w:eastAsia="Times New Roman" w:hAnsi="Times New Roman" w:cs="Times New Roman"/>
          <w:i/>
          <w:iCs/>
          <w:color w:val="000000"/>
          <w:spacing w:val="1"/>
          <w:sz w:val="24"/>
          <w:szCs w:val="24"/>
        </w:rPr>
        <w:t>t</w:t>
      </w:r>
      <w:r w:rsidR="007E0FD9" w:rsidRPr="007E0FD9">
        <w:rPr>
          <w:rFonts w:ascii="Times New Roman" w:eastAsia="Times New Roman" w:hAnsi="Times New Roman" w:cs="Times New Roman"/>
          <w:i/>
          <w:iCs/>
          <w:color w:val="000000"/>
          <w:sz w:val="24"/>
          <w:szCs w:val="24"/>
        </w:rPr>
        <w:t>he</w:t>
      </w:r>
      <w:r w:rsidR="007E0FD9" w:rsidRPr="007E0FD9">
        <w:rPr>
          <w:rFonts w:ascii="Times New Roman" w:eastAsia="Times New Roman" w:hAnsi="Times New Roman" w:cs="Times New Roman"/>
          <w:i/>
          <w:iCs/>
          <w:color w:val="000000"/>
          <w:spacing w:val="29"/>
          <w:sz w:val="24"/>
          <w:szCs w:val="24"/>
        </w:rPr>
        <w:t xml:space="preserve"> </w:t>
      </w:r>
      <w:r w:rsidR="007E0FD9" w:rsidRPr="007E0FD9">
        <w:rPr>
          <w:rFonts w:ascii="Times New Roman" w:eastAsia="Times New Roman" w:hAnsi="Times New Roman" w:cs="Times New Roman"/>
          <w:i/>
          <w:iCs/>
          <w:color w:val="000000"/>
          <w:sz w:val="24"/>
          <w:szCs w:val="24"/>
        </w:rPr>
        <w:t>r</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f</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r</w:t>
      </w:r>
      <w:r w:rsidR="007E0FD9" w:rsidRPr="007E0FD9">
        <w:rPr>
          <w:rFonts w:ascii="Times New Roman" w:eastAsia="Times New Roman" w:hAnsi="Times New Roman" w:cs="Times New Roman"/>
          <w:i/>
          <w:iCs/>
          <w:color w:val="000000"/>
          <w:spacing w:val="1"/>
          <w:sz w:val="24"/>
          <w:szCs w:val="24"/>
        </w:rPr>
        <w:t>e</w:t>
      </w:r>
      <w:r w:rsidR="007E0FD9" w:rsidRPr="007E0FD9">
        <w:rPr>
          <w:rFonts w:ascii="Times New Roman" w:eastAsia="Times New Roman" w:hAnsi="Times New Roman" w:cs="Times New Roman"/>
          <w:i/>
          <w:iCs/>
          <w:color w:val="000000"/>
          <w:sz w:val="24"/>
          <w:szCs w:val="24"/>
        </w:rPr>
        <w:t>nce</w:t>
      </w:r>
      <w:r w:rsidR="007E0FD9" w:rsidRPr="007E0FD9">
        <w:rPr>
          <w:rFonts w:ascii="Times New Roman" w:eastAsia="Times New Roman" w:hAnsi="Times New Roman" w:cs="Times New Roman"/>
          <w:i/>
          <w:iCs/>
          <w:color w:val="000000"/>
          <w:spacing w:val="28"/>
          <w:sz w:val="24"/>
          <w:szCs w:val="24"/>
        </w:rPr>
        <w:t xml:space="preserve"> </w:t>
      </w:r>
      <w:r w:rsidR="007E0FD9" w:rsidRPr="007E0FD9">
        <w:rPr>
          <w:rFonts w:ascii="Times New Roman" w:eastAsia="Times New Roman" w:hAnsi="Times New Roman" w:cs="Times New Roman"/>
          <w:i/>
          <w:iCs/>
          <w:color w:val="000000"/>
          <w:spacing w:val="1"/>
          <w:sz w:val="24"/>
          <w:szCs w:val="24"/>
        </w:rPr>
        <w:t>li</w:t>
      </w:r>
      <w:r w:rsidR="007E0FD9" w:rsidRPr="007E0FD9">
        <w:rPr>
          <w:rFonts w:ascii="Times New Roman" w:eastAsia="Times New Roman" w:hAnsi="Times New Roman" w:cs="Times New Roman"/>
          <w:i/>
          <w:iCs/>
          <w:color w:val="000000"/>
          <w:sz w:val="24"/>
          <w:szCs w:val="24"/>
        </w:rPr>
        <w:t>st.</w:t>
      </w:r>
      <w:r w:rsidR="007E0FD9" w:rsidRPr="007E0FD9">
        <w:rPr>
          <w:rFonts w:ascii="Times New Roman" w:eastAsia="Times New Roman" w:hAnsi="Times New Roman" w:cs="Times New Roman"/>
          <w:i/>
          <w:iCs/>
          <w:color w:val="000000"/>
          <w:spacing w:val="32"/>
          <w:sz w:val="24"/>
          <w:szCs w:val="24"/>
        </w:rPr>
        <w:t xml:space="preserve"> </w:t>
      </w:r>
      <w:r w:rsidR="007E0FD9" w:rsidRPr="007E0FD9">
        <w:rPr>
          <w:rFonts w:ascii="Times New Roman" w:eastAsia="Times New Roman" w:hAnsi="Times New Roman" w:cs="Times New Roman"/>
          <w:i/>
          <w:iCs/>
          <w:color w:val="000000"/>
          <w:spacing w:val="-8"/>
          <w:sz w:val="24"/>
          <w:szCs w:val="24"/>
        </w:rPr>
        <w:t>F</w:t>
      </w:r>
      <w:r w:rsidR="007E0FD9" w:rsidRPr="007E0FD9">
        <w:rPr>
          <w:rFonts w:ascii="Times New Roman" w:eastAsia="Times New Roman" w:hAnsi="Times New Roman" w:cs="Times New Roman"/>
          <w:i/>
          <w:iCs/>
          <w:color w:val="000000"/>
          <w:sz w:val="24"/>
          <w:szCs w:val="24"/>
        </w:rPr>
        <w:t>or</w:t>
      </w:r>
      <w:r w:rsidR="007E0FD9" w:rsidRPr="007E0FD9">
        <w:rPr>
          <w:rFonts w:ascii="Times New Roman" w:eastAsia="Times New Roman" w:hAnsi="Times New Roman" w:cs="Times New Roman"/>
          <w:i/>
          <w:iCs/>
          <w:color w:val="000000"/>
          <w:spacing w:val="27"/>
          <w:sz w:val="24"/>
          <w:szCs w:val="24"/>
        </w:rPr>
        <w:t xml:space="preserve"> </w:t>
      </w:r>
      <w:r w:rsidR="007E0FD9" w:rsidRPr="007E0FD9">
        <w:rPr>
          <w:rFonts w:ascii="Times New Roman" w:eastAsia="Times New Roman" w:hAnsi="Times New Roman" w:cs="Times New Roman"/>
          <w:i/>
          <w:iCs/>
          <w:color w:val="000000"/>
          <w:spacing w:val="1"/>
          <w:sz w:val="24"/>
          <w:szCs w:val="24"/>
        </w:rPr>
        <w:t>cit</w:t>
      </w:r>
      <w:r w:rsidR="007E0FD9" w:rsidRPr="007E0FD9">
        <w:rPr>
          <w:rFonts w:ascii="Times New Roman" w:eastAsia="Times New Roman" w:hAnsi="Times New Roman" w:cs="Times New Roman"/>
          <w:i/>
          <w:iCs/>
          <w:color w:val="000000"/>
          <w:spacing w:val="2"/>
          <w:sz w:val="24"/>
          <w:szCs w:val="24"/>
        </w:rPr>
        <w:t>a</w:t>
      </w:r>
      <w:r w:rsidR="007E0FD9" w:rsidRPr="007E0FD9">
        <w:rPr>
          <w:rFonts w:ascii="Times New Roman" w:eastAsia="Times New Roman" w:hAnsi="Times New Roman" w:cs="Times New Roman"/>
          <w:i/>
          <w:iCs/>
          <w:color w:val="000000"/>
          <w:spacing w:val="1"/>
          <w:sz w:val="24"/>
          <w:szCs w:val="24"/>
        </w:rPr>
        <w:t>ti</w:t>
      </w:r>
      <w:r w:rsidR="007E0FD9" w:rsidRPr="007E0FD9">
        <w:rPr>
          <w:rFonts w:ascii="Times New Roman" w:eastAsia="Times New Roman" w:hAnsi="Times New Roman" w:cs="Times New Roman"/>
          <w:i/>
          <w:iCs/>
          <w:color w:val="000000"/>
          <w:sz w:val="24"/>
          <w:szCs w:val="24"/>
        </w:rPr>
        <w:t>on</w:t>
      </w:r>
      <w:r w:rsidR="007E0FD9" w:rsidRPr="007E0FD9">
        <w:rPr>
          <w:rFonts w:ascii="Times New Roman" w:eastAsia="Times New Roman" w:hAnsi="Times New Roman" w:cs="Times New Roman"/>
          <w:i/>
          <w:iCs/>
          <w:color w:val="000000"/>
          <w:spacing w:val="28"/>
          <w:sz w:val="24"/>
          <w:szCs w:val="24"/>
        </w:rPr>
        <w:t xml:space="preserve"> </w:t>
      </w:r>
      <w:r w:rsidR="007E0FD9" w:rsidRPr="007E0FD9">
        <w:rPr>
          <w:rFonts w:ascii="Times New Roman" w:eastAsia="Times New Roman" w:hAnsi="Times New Roman" w:cs="Times New Roman"/>
          <w:i/>
          <w:iCs/>
          <w:color w:val="000000"/>
          <w:sz w:val="24"/>
          <w:szCs w:val="24"/>
        </w:rPr>
        <w:t>wi</w:t>
      </w:r>
      <w:r w:rsidR="007E0FD9" w:rsidRPr="007E0FD9">
        <w:rPr>
          <w:rFonts w:ascii="Times New Roman" w:eastAsia="Times New Roman" w:hAnsi="Times New Roman" w:cs="Times New Roman"/>
          <w:i/>
          <w:iCs/>
          <w:color w:val="000000"/>
          <w:spacing w:val="1"/>
          <w:sz w:val="24"/>
          <w:szCs w:val="24"/>
        </w:rPr>
        <w:t>t</w:t>
      </w:r>
      <w:r w:rsidR="007E0FD9" w:rsidRPr="007E0FD9">
        <w:rPr>
          <w:rFonts w:ascii="Times New Roman" w:eastAsia="Times New Roman" w:hAnsi="Times New Roman" w:cs="Times New Roman"/>
          <w:i/>
          <w:iCs/>
          <w:color w:val="000000"/>
          <w:sz w:val="24"/>
          <w:szCs w:val="24"/>
        </w:rPr>
        <w:t>h</w:t>
      </w:r>
      <w:r w:rsidR="007E0FD9" w:rsidRPr="007E0FD9">
        <w:rPr>
          <w:rFonts w:ascii="Times New Roman" w:eastAsia="Times New Roman" w:hAnsi="Times New Roman" w:cs="Times New Roman"/>
          <w:i/>
          <w:iCs/>
          <w:color w:val="000000"/>
          <w:spacing w:val="1"/>
          <w:sz w:val="24"/>
          <w:szCs w:val="24"/>
        </w:rPr>
        <w:t>i</w:t>
      </w:r>
      <w:r w:rsidR="007E0FD9" w:rsidRPr="007E0FD9">
        <w:rPr>
          <w:rFonts w:ascii="Times New Roman" w:eastAsia="Times New Roman" w:hAnsi="Times New Roman" w:cs="Times New Roman"/>
          <w:i/>
          <w:iCs/>
          <w:color w:val="000000"/>
          <w:sz w:val="24"/>
          <w:szCs w:val="24"/>
        </w:rPr>
        <w:t>n</w:t>
      </w:r>
      <w:r w:rsidR="007E0FD9" w:rsidRPr="007E0FD9">
        <w:rPr>
          <w:rFonts w:ascii="Times New Roman" w:eastAsia="Times New Roman" w:hAnsi="Times New Roman" w:cs="Times New Roman"/>
          <w:i/>
          <w:iCs/>
          <w:color w:val="000000"/>
          <w:spacing w:val="27"/>
          <w:sz w:val="24"/>
          <w:szCs w:val="24"/>
        </w:rPr>
        <w:t xml:space="preserve"> </w:t>
      </w:r>
      <w:r w:rsidR="007E0FD9" w:rsidRPr="007E0FD9">
        <w:rPr>
          <w:rFonts w:ascii="Times New Roman" w:eastAsia="Times New Roman" w:hAnsi="Times New Roman" w:cs="Times New Roman"/>
          <w:i/>
          <w:iCs/>
          <w:color w:val="000000"/>
          <w:spacing w:val="1"/>
          <w:sz w:val="24"/>
          <w:szCs w:val="24"/>
        </w:rPr>
        <w:t>t</w:t>
      </w:r>
      <w:r w:rsidR="007E0FD9" w:rsidRPr="007E0FD9">
        <w:rPr>
          <w:rFonts w:ascii="Times New Roman" w:eastAsia="Times New Roman" w:hAnsi="Times New Roman" w:cs="Times New Roman"/>
          <w:i/>
          <w:iCs/>
          <w:color w:val="000000"/>
          <w:spacing w:val="-3"/>
          <w:sz w:val="24"/>
          <w:szCs w:val="24"/>
        </w:rPr>
        <w:t>h</w:t>
      </w:r>
      <w:r w:rsidR="007E0FD9" w:rsidRPr="007E0FD9">
        <w:rPr>
          <w:rFonts w:ascii="Times New Roman" w:eastAsia="Times New Roman" w:hAnsi="Times New Roman" w:cs="Times New Roman"/>
          <w:i/>
          <w:iCs/>
          <w:color w:val="000000"/>
          <w:sz w:val="24"/>
          <w:szCs w:val="24"/>
        </w:rPr>
        <w:t>e</w:t>
      </w:r>
      <w:r w:rsidR="007E0FD9" w:rsidRPr="007E0FD9">
        <w:rPr>
          <w:rFonts w:ascii="Times New Roman" w:eastAsia="Times New Roman" w:hAnsi="Times New Roman" w:cs="Times New Roman"/>
          <w:i/>
          <w:iCs/>
          <w:color w:val="000000"/>
          <w:spacing w:val="29"/>
          <w:sz w:val="24"/>
          <w:szCs w:val="24"/>
        </w:rPr>
        <w:t xml:space="preserve"> </w:t>
      </w:r>
      <w:r w:rsidR="007E0FD9" w:rsidRPr="007E0FD9">
        <w:rPr>
          <w:rFonts w:ascii="Times New Roman" w:eastAsia="Times New Roman" w:hAnsi="Times New Roman" w:cs="Times New Roman"/>
          <w:i/>
          <w:iCs/>
          <w:color w:val="000000"/>
          <w:spacing w:val="1"/>
          <w:sz w:val="24"/>
          <w:szCs w:val="24"/>
        </w:rPr>
        <w:t>te</w:t>
      </w:r>
      <w:r w:rsidR="007E0FD9" w:rsidRPr="007E0FD9">
        <w:rPr>
          <w:rFonts w:ascii="Times New Roman" w:eastAsia="Times New Roman" w:hAnsi="Times New Roman" w:cs="Times New Roman"/>
          <w:i/>
          <w:iCs/>
          <w:color w:val="000000"/>
          <w:sz w:val="24"/>
          <w:szCs w:val="24"/>
        </w:rPr>
        <w:t>xt</w:t>
      </w:r>
      <w:r w:rsidR="007E0FD9" w:rsidRPr="007E0FD9">
        <w:rPr>
          <w:rFonts w:ascii="Times New Roman" w:eastAsia="Times New Roman" w:hAnsi="Times New Roman" w:cs="Times New Roman"/>
          <w:i/>
          <w:iCs/>
          <w:color w:val="000000"/>
          <w:spacing w:val="28"/>
          <w:sz w:val="24"/>
          <w:szCs w:val="24"/>
        </w:rPr>
        <w:t xml:space="preserve"> </w:t>
      </w:r>
      <w:r w:rsidR="007E0FD9" w:rsidRPr="007E0FD9">
        <w:rPr>
          <w:rFonts w:ascii="Times New Roman" w:eastAsia="Times New Roman" w:hAnsi="Times New Roman" w:cs="Times New Roman"/>
          <w:i/>
          <w:iCs/>
          <w:color w:val="000000"/>
          <w:spacing w:val="-1"/>
          <w:sz w:val="24"/>
          <w:szCs w:val="24"/>
        </w:rPr>
        <w:t>t</w:t>
      </w:r>
      <w:r w:rsidR="007E0FD9" w:rsidRPr="007E0FD9">
        <w:rPr>
          <w:rFonts w:ascii="Times New Roman" w:eastAsia="Times New Roman" w:hAnsi="Times New Roman" w:cs="Times New Roman"/>
          <w:i/>
          <w:iCs/>
          <w:color w:val="000000"/>
          <w:sz w:val="24"/>
          <w:szCs w:val="24"/>
        </w:rPr>
        <w:t>he</w:t>
      </w:r>
      <w:r w:rsidR="007E0FD9" w:rsidRPr="007E0FD9">
        <w:rPr>
          <w:rFonts w:ascii="Times New Roman" w:eastAsia="Times New Roman" w:hAnsi="Times New Roman" w:cs="Times New Roman"/>
          <w:i/>
          <w:iCs/>
          <w:color w:val="000000"/>
          <w:spacing w:val="28"/>
          <w:sz w:val="24"/>
          <w:szCs w:val="24"/>
        </w:rPr>
        <w:t xml:space="preserve"> </w:t>
      </w:r>
      <w:r w:rsidR="007E0FD9" w:rsidRPr="007E0FD9">
        <w:rPr>
          <w:rFonts w:ascii="Times New Roman" w:eastAsia="Times New Roman" w:hAnsi="Times New Roman" w:cs="Times New Roman"/>
          <w:i/>
          <w:iCs/>
          <w:color w:val="000000"/>
          <w:sz w:val="24"/>
          <w:szCs w:val="24"/>
        </w:rPr>
        <w:t>for</w:t>
      </w:r>
      <w:r w:rsidR="007E0FD9" w:rsidRPr="007E0FD9">
        <w:rPr>
          <w:rFonts w:ascii="Times New Roman" w:eastAsia="Times New Roman" w:hAnsi="Times New Roman" w:cs="Times New Roman"/>
          <w:i/>
          <w:iCs/>
          <w:color w:val="000000"/>
          <w:spacing w:val="2"/>
          <w:sz w:val="24"/>
          <w:szCs w:val="24"/>
        </w:rPr>
        <w:t>m</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t</w:t>
      </w:r>
      <w:r w:rsidR="007E0FD9" w:rsidRPr="007E0FD9">
        <w:rPr>
          <w:rFonts w:ascii="Times New Roman" w:eastAsia="Times New Roman" w:hAnsi="Times New Roman" w:cs="Times New Roman"/>
          <w:i/>
          <w:iCs/>
          <w:color w:val="000000"/>
          <w:spacing w:val="29"/>
          <w:sz w:val="24"/>
          <w:szCs w:val="24"/>
        </w:rPr>
        <w:t xml:space="preserve"> </w:t>
      </w:r>
      <w:proofErr w:type="spellStart"/>
      <w:r w:rsidR="00F36A2A">
        <w:rPr>
          <w:rFonts w:ascii="Times New Roman" w:eastAsia="Times New Roman" w:hAnsi="Times New Roman" w:cs="Times New Roman"/>
          <w:i/>
          <w:iCs/>
          <w:color w:val="000000"/>
          <w:spacing w:val="29"/>
          <w:sz w:val="24"/>
          <w:szCs w:val="24"/>
        </w:rPr>
        <w:t>f</w:t>
      </w:r>
      <w:r w:rsidR="007E0FD9" w:rsidRPr="007E0FD9">
        <w:rPr>
          <w:rFonts w:ascii="Times New Roman" w:eastAsia="Times New Roman" w:hAnsi="Times New Roman" w:cs="Times New Roman"/>
          <w:i/>
          <w:iCs/>
          <w:color w:val="000000"/>
          <w:sz w:val="24"/>
          <w:szCs w:val="24"/>
        </w:rPr>
        <w:t>of</w:t>
      </w:r>
      <w:proofErr w:type="spellEnd"/>
      <w:r w:rsidR="007E0FD9" w:rsidRPr="007E0FD9">
        <w:rPr>
          <w:rFonts w:ascii="Times New Roman" w:eastAsia="Times New Roman" w:hAnsi="Times New Roman" w:cs="Times New Roman"/>
          <w:i/>
          <w:iCs/>
          <w:color w:val="000000"/>
          <w:sz w:val="24"/>
          <w:szCs w:val="24"/>
        </w:rPr>
        <w:t xml:space="preserve"> </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u</w:t>
      </w:r>
      <w:r w:rsidR="007E0FD9" w:rsidRPr="007E0FD9">
        <w:rPr>
          <w:rFonts w:ascii="Times New Roman" w:eastAsia="Times New Roman" w:hAnsi="Times New Roman" w:cs="Times New Roman"/>
          <w:i/>
          <w:iCs/>
          <w:color w:val="000000"/>
          <w:spacing w:val="1"/>
          <w:sz w:val="24"/>
          <w:szCs w:val="24"/>
        </w:rPr>
        <w:t>t</w:t>
      </w:r>
      <w:r w:rsidR="007E0FD9" w:rsidRPr="007E0FD9">
        <w:rPr>
          <w:rFonts w:ascii="Times New Roman" w:eastAsia="Times New Roman" w:hAnsi="Times New Roman" w:cs="Times New Roman"/>
          <w:i/>
          <w:iCs/>
          <w:color w:val="000000"/>
          <w:sz w:val="24"/>
          <w:szCs w:val="24"/>
        </w:rPr>
        <w:t xml:space="preserve">hor </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 xml:space="preserve">nd </w:t>
      </w:r>
      <w:r w:rsidR="007E0FD9" w:rsidRPr="007E0FD9">
        <w:rPr>
          <w:rFonts w:ascii="Times New Roman" w:eastAsia="Times New Roman" w:hAnsi="Times New Roman" w:cs="Times New Roman"/>
          <w:i/>
          <w:iCs/>
          <w:color w:val="000000"/>
          <w:spacing w:val="-6"/>
          <w:sz w:val="24"/>
          <w:szCs w:val="24"/>
        </w:rPr>
        <w:t>y</w:t>
      </w:r>
      <w:r w:rsidR="007E0FD9" w:rsidRPr="007E0FD9">
        <w:rPr>
          <w:rFonts w:ascii="Times New Roman" w:eastAsia="Times New Roman" w:hAnsi="Times New Roman" w:cs="Times New Roman"/>
          <w:i/>
          <w:iCs/>
          <w:color w:val="000000"/>
          <w:sz w:val="24"/>
          <w:szCs w:val="24"/>
        </w:rPr>
        <w:t>ea</w:t>
      </w:r>
      <w:r w:rsidR="007E0FD9" w:rsidRPr="007E0FD9">
        <w:rPr>
          <w:rFonts w:ascii="Times New Roman" w:eastAsia="Times New Roman" w:hAnsi="Times New Roman" w:cs="Times New Roman"/>
          <w:i/>
          <w:iCs/>
          <w:color w:val="000000"/>
          <w:spacing w:val="1"/>
          <w:sz w:val="24"/>
          <w:szCs w:val="24"/>
        </w:rPr>
        <w:t>r</w:t>
      </w:r>
      <w:r w:rsidR="007E0FD9" w:rsidRPr="007E0FD9">
        <w:rPr>
          <w:rFonts w:ascii="Times New Roman" w:eastAsia="Times New Roman" w:hAnsi="Times New Roman" w:cs="Times New Roman"/>
          <w:i/>
          <w:iCs/>
          <w:color w:val="000000"/>
          <w:sz w:val="24"/>
          <w:szCs w:val="24"/>
        </w:rPr>
        <w:t xml:space="preserve"> of pub</w:t>
      </w:r>
      <w:r w:rsidR="007E0FD9" w:rsidRPr="007E0FD9">
        <w:rPr>
          <w:rFonts w:ascii="Times New Roman" w:eastAsia="Times New Roman" w:hAnsi="Times New Roman" w:cs="Times New Roman"/>
          <w:i/>
          <w:iCs/>
          <w:color w:val="000000"/>
          <w:spacing w:val="1"/>
          <w:sz w:val="24"/>
          <w:szCs w:val="24"/>
        </w:rPr>
        <w:t>li</w:t>
      </w:r>
      <w:r w:rsidR="007E0FD9" w:rsidRPr="007E0FD9">
        <w:rPr>
          <w:rFonts w:ascii="Times New Roman" w:eastAsia="Times New Roman" w:hAnsi="Times New Roman" w:cs="Times New Roman"/>
          <w:i/>
          <w:iCs/>
          <w:color w:val="000000"/>
          <w:spacing w:val="4"/>
          <w:sz w:val="24"/>
          <w:szCs w:val="24"/>
        </w:rPr>
        <w:t>c</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t</w:t>
      </w:r>
      <w:r w:rsidR="007E0FD9" w:rsidRPr="007E0FD9">
        <w:rPr>
          <w:rFonts w:ascii="Times New Roman" w:eastAsia="Times New Roman" w:hAnsi="Times New Roman" w:cs="Times New Roman"/>
          <w:i/>
          <w:iCs/>
          <w:color w:val="000000"/>
          <w:spacing w:val="1"/>
          <w:sz w:val="24"/>
          <w:szCs w:val="24"/>
        </w:rPr>
        <w:t>i</w:t>
      </w:r>
      <w:r w:rsidR="007E0FD9" w:rsidRPr="007E0FD9">
        <w:rPr>
          <w:rFonts w:ascii="Times New Roman" w:eastAsia="Times New Roman" w:hAnsi="Times New Roman" w:cs="Times New Roman"/>
          <w:i/>
          <w:iCs/>
          <w:color w:val="000000"/>
          <w:sz w:val="24"/>
          <w:szCs w:val="24"/>
        </w:rPr>
        <w:t>on</w:t>
      </w:r>
      <w:r w:rsidR="007E0FD9" w:rsidRPr="007E0FD9">
        <w:rPr>
          <w:rFonts w:ascii="Times New Roman" w:eastAsia="Times New Roman" w:hAnsi="Times New Roman" w:cs="Times New Roman"/>
          <w:i/>
          <w:iCs/>
          <w:color w:val="000000"/>
          <w:spacing w:val="2"/>
          <w:sz w:val="24"/>
          <w:szCs w:val="24"/>
        </w:rPr>
        <w:t xml:space="preserve"> </w:t>
      </w:r>
      <w:r w:rsidR="007E0FD9" w:rsidRPr="007E0FD9">
        <w:rPr>
          <w:rFonts w:ascii="Times New Roman" w:eastAsia="Times New Roman" w:hAnsi="Times New Roman" w:cs="Times New Roman"/>
          <w:i/>
          <w:iCs/>
          <w:color w:val="000000"/>
          <w:sz w:val="24"/>
          <w:szCs w:val="24"/>
        </w:rPr>
        <w:t>(</w:t>
      </w:r>
      <w:r w:rsidR="007E0FD9" w:rsidRPr="007E0FD9">
        <w:rPr>
          <w:rFonts w:ascii="Times New Roman" w:eastAsia="Times New Roman" w:hAnsi="Times New Roman" w:cs="Times New Roman"/>
          <w:i/>
          <w:iCs/>
          <w:color w:val="000000"/>
          <w:spacing w:val="-5"/>
          <w:sz w:val="24"/>
          <w:szCs w:val="24"/>
        </w:rPr>
        <w:t>H</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r</w:t>
      </w:r>
      <w:r w:rsidR="007E0FD9" w:rsidRPr="007E0FD9">
        <w:rPr>
          <w:rFonts w:ascii="Times New Roman" w:eastAsia="Times New Roman" w:hAnsi="Times New Roman" w:cs="Times New Roman"/>
          <w:i/>
          <w:iCs/>
          <w:color w:val="000000"/>
          <w:spacing w:val="-3"/>
          <w:sz w:val="24"/>
          <w:szCs w:val="24"/>
        </w:rPr>
        <w:t>v</w:t>
      </w:r>
      <w:r w:rsidR="007E0FD9" w:rsidRPr="007E0FD9">
        <w:rPr>
          <w:rFonts w:ascii="Times New Roman" w:eastAsia="Times New Roman" w:hAnsi="Times New Roman" w:cs="Times New Roman"/>
          <w:i/>
          <w:iCs/>
          <w:color w:val="000000"/>
          <w:sz w:val="24"/>
          <w:szCs w:val="24"/>
        </w:rPr>
        <w:t>ard</w:t>
      </w:r>
      <w:r w:rsidR="007E0FD9" w:rsidRPr="007E0FD9">
        <w:rPr>
          <w:rFonts w:ascii="Times New Roman" w:eastAsia="Times New Roman" w:hAnsi="Times New Roman" w:cs="Times New Roman"/>
          <w:i/>
          <w:iCs/>
          <w:color w:val="000000"/>
          <w:spacing w:val="1"/>
          <w:sz w:val="24"/>
          <w:szCs w:val="24"/>
        </w:rPr>
        <w:t xml:space="preserve"> </w:t>
      </w:r>
      <w:r w:rsidR="007E0FD9" w:rsidRPr="007E0FD9">
        <w:rPr>
          <w:rFonts w:ascii="Times New Roman" w:eastAsia="Times New Roman" w:hAnsi="Times New Roman" w:cs="Times New Roman"/>
          <w:i/>
          <w:iCs/>
          <w:color w:val="000000"/>
          <w:sz w:val="24"/>
          <w:szCs w:val="24"/>
        </w:rPr>
        <w:t>of</w:t>
      </w:r>
      <w:r w:rsidR="007E0FD9" w:rsidRPr="007E0FD9">
        <w:rPr>
          <w:rFonts w:ascii="Times New Roman" w:eastAsia="Times New Roman" w:hAnsi="Times New Roman" w:cs="Times New Roman"/>
          <w:i/>
          <w:iCs/>
          <w:color w:val="000000"/>
          <w:spacing w:val="4"/>
          <w:sz w:val="24"/>
          <w:szCs w:val="24"/>
        </w:rPr>
        <w:t xml:space="preserve"> </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pacing w:val="2"/>
          <w:sz w:val="24"/>
          <w:szCs w:val="24"/>
        </w:rPr>
        <w:t>P</w:t>
      </w:r>
      <w:r w:rsidR="007E0FD9" w:rsidRPr="007E0FD9">
        <w:rPr>
          <w:rFonts w:ascii="Times New Roman" w:eastAsia="Times New Roman" w:hAnsi="Times New Roman" w:cs="Times New Roman"/>
          <w:i/>
          <w:iCs/>
          <w:color w:val="000000"/>
          <w:sz w:val="24"/>
          <w:szCs w:val="24"/>
        </w:rPr>
        <w:t>A</w:t>
      </w:r>
      <w:r w:rsidR="007E0FD9" w:rsidRPr="007E0FD9">
        <w:rPr>
          <w:rFonts w:ascii="Times New Roman" w:eastAsia="Times New Roman" w:hAnsi="Times New Roman" w:cs="Times New Roman"/>
          <w:i/>
          <w:iCs/>
          <w:color w:val="000000"/>
          <w:spacing w:val="-4"/>
          <w:sz w:val="24"/>
          <w:szCs w:val="24"/>
        </w:rPr>
        <w:t xml:space="preserve"> </w:t>
      </w:r>
      <w:r w:rsidR="007E0FD9" w:rsidRPr="007E0FD9">
        <w:rPr>
          <w:rFonts w:ascii="Times New Roman" w:eastAsia="Times New Roman" w:hAnsi="Times New Roman" w:cs="Times New Roman"/>
          <w:i/>
          <w:iCs/>
          <w:color w:val="000000"/>
          <w:sz w:val="24"/>
          <w:szCs w:val="24"/>
        </w:rPr>
        <w:t>for</w:t>
      </w:r>
      <w:r w:rsidR="007E0FD9" w:rsidRPr="007E0FD9">
        <w:rPr>
          <w:rFonts w:ascii="Times New Roman" w:eastAsia="Times New Roman" w:hAnsi="Times New Roman" w:cs="Times New Roman"/>
          <w:i/>
          <w:iCs/>
          <w:color w:val="000000"/>
          <w:spacing w:val="1"/>
          <w:sz w:val="24"/>
          <w:szCs w:val="24"/>
        </w:rPr>
        <w:t>ma</w:t>
      </w:r>
      <w:r w:rsidR="007E0FD9" w:rsidRPr="007E0FD9">
        <w:rPr>
          <w:rFonts w:ascii="Times New Roman" w:eastAsia="Times New Roman" w:hAnsi="Times New Roman" w:cs="Times New Roman"/>
          <w:i/>
          <w:iCs/>
          <w:color w:val="000000"/>
          <w:sz w:val="24"/>
          <w:szCs w:val="24"/>
        </w:rPr>
        <w:t>t</w:t>
      </w:r>
      <w:r w:rsidR="007E0FD9" w:rsidRPr="007E0FD9">
        <w:rPr>
          <w:rFonts w:ascii="Times New Roman" w:eastAsia="Times New Roman" w:hAnsi="Times New Roman" w:cs="Times New Roman"/>
          <w:i/>
          <w:iCs/>
          <w:color w:val="000000"/>
          <w:spacing w:val="2"/>
          <w:sz w:val="24"/>
          <w:szCs w:val="24"/>
        </w:rPr>
        <w:t xml:space="preserve"> </w:t>
      </w:r>
      <w:r w:rsidR="007E0FD9" w:rsidRPr="007E0FD9">
        <w:rPr>
          <w:rFonts w:ascii="Times New Roman" w:eastAsia="Times New Roman" w:hAnsi="Times New Roman" w:cs="Times New Roman"/>
          <w:i/>
          <w:iCs/>
          <w:color w:val="000000"/>
          <w:spacing w:val="1"/>
          <w:sz w:val="24"/>
          <w:szCs w:val="24"/>
        </w:rPr>
        <w:t>a</w:t>
      </w:r>
      <w:r w:rsidR="007E0FD9" w:rsidRPr="007E0FD9">
        <w:rPr>
          <w:rFonts w:ascii="Times New Roman" w:eastAsia="Times New Roman" w:hAnsi="Times New Roman" w:cs="Times New Roman"/>
          <w:i/>
          <w:iCs/>
          <w:color w:val="000000"/>
          <w:sz w:val="24"/>
          <w:szCs w:val="24"/>
        </w:rPr>
        <w:t>re</w:t>
      </w:r>
      <w:r w:rsidR="007E0FD9" w:rsidRPr="007E0FD9">
        <w:rPr>
          <w:rFonts w:ascii="Times New Roman" w:eastAsia="Times New Roman" w:hAnsi="Times New Roman" w:cs="Times New Roman"/>
          <w:i/>
          <w:iCs/>
          <w:color w:val="000000"/>
          <w:spacing w:val="2"/>
          <w:sz w:val="24"/>
          <w:szCs w:val="24"/>
        </w:rPr>
        <w:t xml:space="preserve"> </w:t>
      </w:r>
      <w:r w:rsidR="007E0FD9" w:rsidRPr="007E0FD9">
        <w:rPr>
          <w:rFonts w:ascii="Times New Roman" w:eastAsia="Times New Roman" w:hAnsi="Times New Roman" w:cs="Times New Roman"/>
          <w:i/>
          <w:iCs/>
          <w:color w:val="000000"/>
          <w:sz w:val="24"/>
          <w:szCs w:val="24"/>
        </w:rPr>
        <w:t>recom</w:t>
      </w:r>
      <w:r w:rsidR="007E0FD9" w:rsidRPr="007E0FD9">
        <w:rPr>
          <w:rFonts w:ascii="Times New Roman" w:eastAsia="Times New Roman" w:hAnsi="Times New Roman" w:cs="Times New Roman"/>
          <w:i/>
          <w:iCs/>
          <w:color w:val="000000"/>
          <w:spacing w:val="-1"/>
          <w:sz w:val="24"/>
          <w:szCs w:val="24"/>
        </w:rPr>
        <w:t>m</w:t>
      </w:r>
      <w:r w:rsidR="007E0FD9" w:rsidRPr="007E0FD9">
        <w:rPr>
          <w:rFonts w:ascii="Times New Roman" w:eastAsia="Times New Roman" w:hAnsi="Times New Roman" w:cs="Times New Roman"/>
          <w:i/>
          <w:iCs/>
          <w:color w:val="000000"/>
          <w:sz w:val="24"/>
          <w:szCs w:val="24"/>
        </w:rPr>
        <w:t>end</w:t>
      </w:r>
      <w:r w:rsidR="007E0FD9" w:rsidRPr="007E0FD9">
        <w:rPr>
          <w:rFonts w:ascii="Times New Roman" w:eastAsia="Times New Roman" w:hAnsi="Times New Roman" w:cs="Times New Roman"/>
          <w:i/>
          <w:iCs/>
          <w:color w:val="000000"/>
          <w:spacing w:val="1"/>
          <w:sz w:val="24"/>
          <w:szCs w:val="24"/>
        </w:rPr>
        <w:t>ed</w:t>
      </w:r>
      <w:r w:rsidR="007E0FD9" w:rsidRPr="007E0FD9">
        <w:rPr>
          <w:rFonts w:ascii="Times New Roman" w:eastAsia="Times New Roman" w:hAnsi="Times New Roman" w:cs="Times New Roman"/>
          <w:i/>
          <w:iCs/>
          <w:color w:val="000000"/>
          <w:sz w:val="24"/>
          <w:szCs w:val="24"/>
        </w:rPr>
        <w:t>)</w:t>
      </w:r>
    </w:p>
    <w:p w:rsidR="007E0FD9" w:rsidRPr="007E0FD9" w:rsidRDefault="007E0FD9" w:rsidP="007E0FD9">
      <w:pPr>
        <w:widowControl w:val="0"/>
        <w:spacing w:line="240" w:lineRule="auto"/>
        <w:rPr>
          <w:rFonts w:ascii="Times New Roman" w:eastAsia="Times New Roman" w:hAnsi="Times New Roman" w:cs="Times New Roman"/>
          <w:i/>
          <w:iCs/>
          <w:color w:val="000000"/>
          <w:sz w:val="24"/>
          <w:szCs w:val="24"/>
        </w:rPr>
      </w:pPr>
      <w:r w:rsidRPr="007E0FD9">
        <w:rPr>
          <w:rFonts w:ascii="Times New Roman" w:eastAsia="Times New Roman" w:hAnsi="Times New Roman" w:cs="Times New Roman"/>
          <w:i/>
          <w:iCs/>
          <w:color w:val="000000"/>
          <w:spacing w:val="-1"/>
          <w:sz w:val="24"/>
          <w:szCs w:val="24"/>
        </w:rPr>
        <w:t>N</w:t>
      </w:r>
      <w:r w:rsidRPr="007E0FD9">
        <w:rPr>
          <w:rFonts w:ascii="Times New Roman" w:eastAsia="Times New Roman" w:hAnsi="Times New Roman" w:cs="Times New Roman"/>
          <w:i/>
          <w:iCs/>
          <w:color w:val="000000"/>
          <w:sz w:val="24"/>
          <w:szCs w:val="24"/>
        </w:rPr>
        <w:t>o numb</w:t>
      </w:r>
      <w:r w:rsidRPr="007E0FD9">
        <w:rPr>
          <w:rFonts w:ascii="Times New Roman" w:eastAsia="Times New Roman" w:hAnsi="Times New Roman" w:cs="Times New Roman"/>
          <w:i/>
          <w:iCs/>
          <w:color w:val="000000"/>
          <w:spacing w:val="2"/>
          <w:sz w:val="24"/>
          <w:szCs w:val="24"/>
        </w:rPr>
        <w:t>e</w:t>
      </w:r>
      <w:r w:rsidRPr="007E0FD9">
        <w:rPr>
          <w:rFonts w:ascii="Times New Roman" w:eastAsia="Times New Roman" w:hAnsi="Times New Roman" w:cs="Times New Roman"/>
          <w:i/>
          <w:iCs/>
          <w:color w:val="000000"/>
          <w:sz w:val="24"/>
          <w:szCs w:val="24"/>
        </w:rPr>
        <w:t>r</w:t>
      </w:r>
      <w:r w:rsidRPr="007E0FD9">
        <w:rPr>
          <w:rFonts w:ascii="Times New Roman" w:eastAsia="Times New Roman" w:hAnsi="Times New Roman" w:cs="Times New Roman"/>
          <w:i/>
          <w:iCs/>
          <w:color w:val="000000"/>
          <w:spacing w:val="1"/>
          <w:sz w:val="24"/>
          <w:szCs w:val="24"/>
        </w:rPr>
        <w:t>i</w:t>
      </w:r>
      <w:r w:rsidRPr="007E0FD9">
        <w:rPr>
          <w:rFonts w:ascii="Times New Roman" w:eastAsia="Times New Roman" w:hAnsi="Times New Roman" w:cs="Times New Roman"/>
          <w:i/>
          <w:iCs/>
          <w:color w:val="000000"/>
          <w:sz w:val="24"/>
          <w:szCs w:val="24"/>
        </w:rPr>
        <w:t>ng</w:t>
      </w:r>
    </w:p>
    <w:p w:rsidR="005433F2" w:rsidRPr="00F36A2A" w:rsidRDefault="005433F2" w:rsidP="00F36A2A"/>
    <w:p w:rsidR="005433F2" w:rsidRPr="005958B9" w:rsidRDefault="00000000">
      <w:pPr>
        <w:pStyle w:val="Heading1"/>
        <w:rPr>
          <w:rFonts w:ascii="Times New Roman" w:hAnsi="Times New Roman" w:cs="Times New Roman"/>
          <w:color w:val="auto"/>
          <w:sz w:val="24"/>
          <w:szCs w:val="24"/>
        </w:rPr>
      </w:pPr>
      <w:r w:rsidRPr="005958B9">
        <w:rPr>
          <w:rFonts w:ascii="Times New Roman" w:hAnsi="Times New Roman" w:cs="Times New Roman"/>
          <w:color w:val="auto"/>
          <w:sz w:val="24"/>
          <w:szCs w:val="24"/>
        </w:rPr>
        <w:t>V. WORKPLAN</w:t>
      </w:r>
    </w:p>
    <w:p w:rsidR="005433F2" w:rsidRPr="005958B9" w:rsidRDefault="00000000">
      <w:pPr>
        <w:pStyle w:val="Heading1"/>
        <w:rPr>
          <w:rFonts w:ascii="Times New Roman" w:hAnsi="Times New Roman" w:cs="Times New Roman"/>
          <w:color w:val="auto"/>
          <w:sz w:val="24"/>
          <w:szCs w:val="24"/>
        </w:rPr>
      </w:pPr>
      <w:r w:rsidRPr="005958B9">
        <w:rPr>
          <w:rFonts w:ascii="Times New Roman" w:hAnsi="Times New Roman" w:cs="Times New Roman"/>
          <w:color w:val="auto"/>
          <w:sz w:val="24"/>
          <w:szCs w:val="24"/>
        </w:rPr>
        <w:t>VI. BUDGET</w:t>
      </w:r>
    </w:p>
    <w:p w:rsidR="00F36A2A" w:rsidRPr="00F36A2A" w:rsidRDefault="00000000" w:rsidP="00E64B51">
      <w:pPr>
        <w:widowControl w:val="0"/>
        <w:spacing w:line="361" w:lineRule="auto"/>
        <w:jc w:val="both"/>
        <w:rPr>
          <w:rFonts w:ascii="Times New Roman" w:eastAsia="Times New Roman" w:hAnsi="Times New Roman" w:cs="Times New Roman"/>
          <w:i/>
          <w:iCs/>
          <w:color w:val="000000"/>
          <w:sz w:val="24"/>
          <w:szCs w:val="24"/>
        </w:rPr>
      </w:pPr>
      <w:r w:rsidRPr="00F36A2A">
        <w:rPr>
          <w:rFonts w:ascii="Times New Roman" w:hAnsi="Times New Roman" w:cs="Times New Roman"/>
          <w:b/>
          <w:bCs/>
          <w:sz w:val="24"/>
          <w:szCs w:val="24"/>
        </w:rPr>
        <w:t>VII. APPENDICES</w:t>
      </w:r>
      <w:r w:rsidR="00F36A2A">
        <w:rPr>
          <w:rFonts w:ascii="Times New Roman" w:hAnsi="Times New Roman" w:cs="Times New Roman"/>
          <w:sz w:val="24"/>
          <w:szCs w:val="24"/>
        </w:rPr>
        <w:t xml:space="preserve"> - </w:t>
      </w:r>
      <w:r w:rsidR="00F36A2A" w:rsidRPr="00F36A2A">
        <w:rPr>
          <w:rFonts w:ascii="Times New Roman" w:eastAsia="Times New Roman" w:hAnsi="Times New Roman" w:cs="Times New Roman"/>
          <w:i/>
          <w:iCs/>
          <w:color w:val="000000"/>
          <w:spacing w:val="-3"/>
          <w:sz w:val="24"/>
          <w:szCs w:val="24"/>
        </w:rPr>
        <w:t>I</w:t>
      </w:r>
      <w:r w:rsidR="00F36A2A" w:rsidRPr="00F36A2A">
        <w:rPr>
          <w:rFonts w:ascii="Times New Roman" w:eastAsia="Times New Roman" w:hAnsi="Times New Roman" w:cs="Times New Roman"/>
          <w:i/>
          <w:iCs/>
          <w:color w:val="000000"/>
          <w:sz w:val="24"/>
          <w:szCs w:val="24"/>
        </w:rPr>
        <w:t>n</w:t>
      </w:r>
      <w:r w:rsidR="00F36A2A" w:rsidRPr="00F36A2A">
        <w:rPr>
          <w:rFonts w:ascii="Times New Roman" w:eastAsia="Times New Roman" w:hAnsi="Times New Roman" w:cs="Times New Roman"/>
          <w:i/>
          <w:iCs/>
          <w:color w:val="000000"/>
          <w:spacing w:val="-2"/>
          <w:sz w:val="24"/>
          <w:szCs w:val="24"/>
        </w:rPr>
        <w:t>s</w:t>
      </w:r>
      <w:r w:rsidR="00F36A2A" w:rsidRPr="00F36A2A">
        <w:rPr>
          <w:rFonts w:ascii="Times New Roman" w:eastAsia="Times New Roman" w:hAnsi="Times New Roman" w:cs="Times New Roman"/>
          <w:i/>
          <w:iCs/>
          <w:color w:val="000000"/>
          <w:sz w:val="24"/>
          <w:szCs w:val="24"/>
        </w:rPr>
        <w:t>tru</w:t>
      </w:r>
      <w:r w:rsidR="00F36A2A" w:rsidRPr="00F36A2A">
        <w:rPr>
          <w:rFonts w:ascii="Times New Roman" w:eastAsia="Times New Roman" w:hAnsi="Times New Roman" w:cs="Times New Roman"/>
          <w:i/>
          <w:iCs/>
          <w:color w:val="000000"/>
          <w:spacing w:val="2"/>
          <w:sz w:val="24"/>
          <w:szCs w:val="24"/>
        </w:rPr>
        <w:t>m</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n</w:t>
      </w:r>
      <w:r w:rsidR="00F36A2A" w:rsidRPr="00F36A2A">
        <w:rPr>
          <w:rFonts w:ascii="Times New Roman" w:eastAsia="Times New Roman" w:hAnsi="Times New Roman" w:cs="Times New Roman"/>
          <w:i/>
          <w:iCs/>
          <w:color w:val="000000"/>
          <w:spacing w:val="1"/>
          <w:sz w:val="24"/>
          <w:szCs w:val="24"/>
        </w:rPr>
        <w:t>t</w:t>
      </w:r>
      <w:r w:rsidR="00F36A2A" w:rsidRPr="00F36A2A">
        <w:rPr>
          <w:rFonts w:ascii="Times New Roman" w:eastAsia="Times New Roman" w:hAnsi="Times New Roman" w:cs="Times New Roman"/>
          <w:i/>
          <w:iCs/>
          <w:color w:val="000000"/>
          <w:sz w:val="24"/>
          <w:szCs w:val="24"/>
        </w:rPr>
        <w:t>s</w:t>
      </w:r>
      <w:r w:rsidR="00F36A2A" w:rsidRPr="00F36A2A">
        <w:rPr>
          <w:rFonts w:ascii="Times New Roman" w:eastAsia="Times New Roman" w:hAnsi="Times New Roman" w:cs="Times New Roman"/>
          <w:i/>
          <w:iCs/>
          <w:color w:val="000000"/>
          <w:spacing w:val="35"/>
          <w:sz w:val="24"/>
          <w:szCs w:val="24"/>
        </w:rPr>
        <w:t xml:space="preserve"> </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3"/>
          <w:sz w:val="24"/>
          <w:szCs w:val="24"/>
        </w:rPr>
        <w:t>g</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35"/>
          <w:sz w:val="24"/>
          <w:szCs w:val="24"/>
        </w:rPr>
        <w:t xml:space="preserve"> </w:t>
      </w:r>
      <w:r w:rsidR="00F36A2A" w:rsidRPr="00F36A2A">
        <w:rPr>
          <w:rFonts w:ascii="Times New Roman" w:eastAsia="Times New Roman" w:hAnsi="Times New Roman" w:cs="Times New Roman"/>
          <w:i/>
          <w:iCs/>
          <w:color w:val="000000"/>
          <w:sz w:val="24"/>
          <w:szCs w:val="24"/>
        </w:rPr>
        <w:t>qu</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st</w:t>
      </w:r>
      <w:r w:rsidR="00F36A2A" w:rsidRPr="00F36A2A">
        <w:rPr>
          <w:rFonts w:ascii="Times New Roman" w:eastAsia="Times New Roman" w:hAnsi="Times New Roman" w:cs="Times New Roman"/>
          <w:i/>
          <w:iCs/>
          <w:color w:val="000000"/>
          <w:spacing w:val="1"/>
          <w:sz w:val="24"/>
          <w:szCs w:val="24"/>
        </w:rPr>
        <w:t>i</w:t>
      </w:r>
      <w:r w:rsidR="00F36A2A" w:rsidRPr="00F36A2A">
        <w:rPr>
          <w:rFonts w:ascii="Times New Roman" w:eastAsia="Times New Roman" w:hAnsi="Times New Roman" w:cs="Times New Roman"/>
          <w:i/>
          <w:iCs/>
          <w:color w:val="000000"/>
          <w:sz w:val="24"/>
          <w:szCs w:val="24"/>
        </w:rPr>
        <w:t>onn</w:t>
      </w:r>
      <w:r w:rsidR="00F36A2A" w:rsidRPr="00F36A2A">
        <w:rPr>
          <w:rFonts w:ascii="Times New Roman" w:eastAsia="Times New Roman" w:hAnsi="Times New Roman" w:cs="Times New Roman"/>
          <w:i/>
          <w:iCs/>
          <w:color w:val="000000"/>
          <w:spacing w:val="2"/>
          <w:sz w:val="24"/>
          <w:szCs w:val="24"/>
        </w:rPr>
        <w:t>a</w:t>
      </w:r>
      <w:r w:rsidR="00F36A2A" w:rsidRPr="00F36A2A">
        <w:rPr>
          <w:rFonts w:ascii="Times New Roman" w:eastAsia="Times New Roman" w:hAnsi="Times New Roman" w:cs="Times New Roman"/>
          <w:i/>
          <w:iCs/>
          <w:color w:val="000000"/>
          <w:spacing w:val="1"/>
          <w:sz w:val="24"/>
          <w:szCs w:val="24"/>
        </w:rPr>
        <w:t>i</w:t>
      </w:r>
      <w:r w:rsidR="00F36A2A" w:rsidRPr="00F36A2A">
        <w:rPr>
          <w:rFonts w:ascii="Times New Roman" w:eastAsia="Times New Roman" w:hAnsi="Times New Roman" w:cs="Times New Roman"/>
          <w:i/>
          <w:iCs/>
          <w:color w:val="000000"/>
          <w:sz w:val="24"/>
          <w:szCs w:val="24"/>
        </w:rPr>
        <w:t>r</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36"/>
          <w:sz w:val="24"/>
          <w:szCs w:val="24"/>
        </w:rPr>
        <w:t xml:space="preserve"> </w:t>
      </w:r>
      <w:r w:rsidR="00F36A2A" w:rsidRPr="00F36A2A">
        <w:rPr>
          <w:rFonts w:ascii="Times New Roman" w:eastAsia="Times New Roman" w:hAnsi="Times New Roman" w:cs="Times New Roman"/>
          <w:i/>
          <w:iCs/>
          <w:color w:val="000000"/>
          <w:spacing w:val="-2"/>
          <w:sz w:val="24"/>
          <w:szCs w:val="24"/>
        </w:rPr>
        <w:t>I</w:t>
      </w:r>
      <w:r w:rsidR="00F36A2A" w:rsidRPr="00F36A2A">
        <w:rPr>
          <w:rFonts w:ascii="Times New Roman" w:eastAsia="Times New Roman" w:hAnsi="Times New Roman" w:cs="Times New Roman"/>
          <w:i/>
          <w:iCs/>
          <w:color w:val="000000"/>
          <w:sz w:val="24"/>
          <w:szCs w:val="24"/>
        </w:rPr>
        <w:t>nter</w:t>
      </w:r>
      <w:r w:rsidR="00F36A2A" w:rsidRPr="00F36A2A">
        <w:rPr>
          <w:rFonts w:ascii="Times New Roman" w:eastAsia="Times New Roman" w:hAnsi="Times New Roman" w:cs="Times New Roman"/>
          <w:i/>
          <w:iCs/>
          <w:color w:val="000000"/>
          <w:spacing w:val="-2"/>
          <w:sz w:val="24"/>
          <w:szCs w:val="24"/>
        </w:rPr>
        <w:t>v</w:t>
      </w:r>
      <w:r w:rsidR="00F36A2A" w:rsidRPr="00F36A2A">
        <w:rPr>
          <w:rFonts w:ascii="Times New Roman" w:eastAsia="Times New Roman" w:hAnsi="Times New Roman" w:cs="Times New Roman"/>
          <w:i/>
          <w:iCs/>
          <w:color w:val="000000"/>
          <w:sz w:val="24"/>
          <w:szCs w:val="24"/>
        </w:rPr>
        <w:t>i</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w</w:t>
      </w:r>
      <w:r w:rsidR="00F36A2A" w:rsidRPr="00F36A2A">
        <w:rPr>
          <w:rFonts w:ascii="Times New Roman" w:eastAsia="Times New Roman" w:hAnsi="Times New Roman" w:cs="Times New Roman"/>
          <w:i/>
          <w:iCs/>
          <w:color w:val="000000"/>
          <w:spacing w:val="34"/>
          <w:sz w:val="24"/>
          <w:szCs w:val="24"/>
        </w:rPr>
        <w:t xml:space="preserve"> </w:t>
      </w:r>
      <w:r w:rsidR="00F36A2A" w:rsidRPr="00F36A2A">
        <w:rPr>
          <w:rFonts w:ascii="Times New Roman" w:eastAsia="Times New Roman" w:hAnsi="Times New Roman" w:cs="Times New Roman"/>
          <w:i/>
          <w:iCs/>
          <w:color w:val="000000"/>
          <w:sz w:val="24"/>
          <w:szCs w:val="24"/>
        </w:rPr>
        <w:t>Sch</w:t>
      </w:r>
      <w:r w:rsidR="00F36A2A" w:rsidRPr="00F36A2A">
        <w:rPr>
          <w:rFonts w:ascii="Times New Roman" w:eastAsia="Times New Roman" w:hAnsi="Times New Roman" w:cs="Times New Roman"/>
          <w:i/>
          <w:iCs/>
          <w:color w:val="000000"/>
          <w:spacing w:val="2"/>
          <w:sz w:val="24"/>
          <w:szCs w:val="24"/>
        </w:rPr>
        <w:t>e</w:t>
      </w:r>
      <w:r w:rsidR="00F36A2A" w:rsidRPr="00F36A2A">
        <w:rPr>
          <w:rFonts w:ascii="Times New Roman" w:eastAsia="Times New Roman" w:hAnsi="Times New Roman" w:cs="Times New Roman"/>
          <w:i/>
          <w:iCs/>
          <w:color w:val="000000"/>
          <w:sz w:val="24"/>
          <w:szCs w:val="24"/>
        </w:rPr>
        <w:t>du</w:t>
      </w:r>
      <w:r w:rsidR="00F36A2A" w:rsidRPr="00F36A2A">
        <w:rPr>
          <w:rFonts w:ascii="Times New Roman" w:eastAsia="Times New Roman" w:hAnsi="Times New Roman" w:cs="Times New Roman"/>
          <w:i/>
          <w:iCs/>
          <w:color w:val="000000"/>
          <w:spacing w:val="1"/>
          <w:sz w:val="24"/>
          <w:szCs w:val="24"/>
        </w:rPr>
        <w:t>l</w:t>
      </w:r>
      <w:r w:rsidR="00F36A2A" w:rsidRPr="00F36A2A">
        <w:rPr>
          <w:rFonts w:ascii="Times New Roman" w:eastAsia="Times New Roman" w:hAnsi="Times New Roman" w:cs="Times New Roman"/>
          <w:i/>
          <w:iCs/>
          <w:color w:val="000000"/>
          <w:spacing w:val="9"/>
          <w:sz w:val="24"/>
          <w:szCs w:val="24"/>
        </w:rPr>
        <w:t>e</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36"/>
          <w:sz w:val="24"/>
          <w:szCs w:val="24"/>
        </w:rPr>
        <w:t xml:space="preserve"> </w:t>
      </w:r>
      <w:r w:rsidR="00F36A2A" w:rsidRPr="00F36A2A">
        <w:rPr>
          <w:rFonts w:ascii="Times New Roman" w:eastAsia="Times New Roman" w:hAnsi="Times New Roman" w:cs="Times New Roman"/>
          <w:i/>
          <w:iCs/>
          <w:color w:val="000000"/>
          <w:sz w:val="24"/>
          <w:szCs w:val="24"/>
        </w:rPr>
        <w:t>Consent</w:t>
      </w:r>
      <w:r w:rsidR="00F36A2A" w:rsidRPr="00F36A2A">
        <w:rPr>
          <w:rFonts w:ascii="Times New Roman" w:eastAsia="Times New Roman" w:hAnsi="Times New Roman" w:cs="Times New Roman"/>
          <w:i/>
          <w:iCs/>
          <w:color w:val="000000"/>
          <w:spacing w:val="37"/>
          <w:sz w:val="24"/>
          <w:szCs w:val="24"/>
        </w:rPr>
        <w:t xml:space="preserve"> </w:t>
      </w:r>
      <w:r w:rsidR="00F36A2A" w:rsidRPr="00F36A2A">
        <w:rPr>
          <w:rFonts w:ascii="Times New Roman" w:eastAsia="Times New Roman" w:hAnsi="Times New Roman" w:cs="Times New Roman"/>
          <w:i/>
          <w:iCs/>
          <w:color w:val="000000"/>
          <w:sz w:val="24"/>
          <w:szCs w:val="24"/>
        </w:rPr>
        <w:t>for</w:t>
      </w:r>
      <w:r w:rsidR="00F36A2A" w:rsidRPr="00F36A2A">
        <w:rPr>
          <w:rFonts w:ascii="Times New Roman" w:eastAsia="Times New Roman" w:hAnsi="Times New Roman" w:cs="Times New Roman"/>
          <w:i/>
          <w:iCs/>
          <w:color w:val="000000"/>
          <w:spacing w:val="1"/>
          <w:sz w:val="24"/>
          <w:szCs w:val="24"/>
        </w:rPr>
        <w:t>m</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37"/>
          <w:sz w:val="24"/>
          <w:szCs w:val="24"/>
        </w:rPr>
        <w:t xml:space="preserve"> </w:t>
      </w:r>
      <w:r w:rsidR="00F36A2A" w:rsidRPr="00F36A2A">
        <w:rPr>
          <w:rFonts w:ascii="Times New Roman" w:eastAsia="Times New Roman" w:hAnsi="Times New Roman" w:cs="Times New Roman"/>
          <w:i/>
          <w:iCs/>
          <w:color w:val="000000"/>
          <w:sz w:val="24"/>
          <w:szCs w:val="24"/>
        </w:rPr>
        <w:t>Copy</w:t>
      </w:r>
      <w:r w:rsidR="00F36A2A" w:rsidRPr="00F36A2A">
        <w:rPr>
          <w:rFonts w:ascii="Times New Roman" w:eastAsia="Times New Roman" w:hAnsi="Times New Roman" w:cs="Times New Roman"/>
          <w:i/>
          <w:iCs/>
          <w:color w:val="000000"/>
          <w:spacing w:val="31"/>
          <w:sz w:val="24"/>
          <w:szCs w:val="24"/>
        </w:rPr>
        <w:t xml:space="preserve"> </w:t>
      </w:r>
      <w:r w:rsidR="00F36A2A" w:rsidRPr="00F36A2A">
        <w:rPr>
          <w:rFonts w:ascii="Times New Roman" w:eastAsia="Times New Roman" w:hAnsi="Times New Roman" w:cs="Times New Roman"/>
          <w:i/>
          <w:iCs/>
          <w:color w:val="000000"/>
          <w:sz w:val="24"/>
          <w:szCs w:val="24"/>
        </w:rPr>
        <w:t>of</w:t>
      </w:r>
      <w:r w:rsidR="00F36A2A" w:rsidRPr="00F36A2A">
        <w:rPr>
          <w:rFonts w:ascii="Times New Roman" w:eastAsia="Times New Roman" w:hAnsi="Times New Roman" w:cs="Times New Roman"/>
          <w:i/>
          <w:iCs/>
          <w:color w:val="000000"/>
          <w:spacing w:val="37"/>
          <w:sz w:val="24"/>
          <w:szCs w:val="24"/>
        </w:rPr>
        <w:t xml:space="preserve"> </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th</w:t>
      </w:r>
      <w:r w:rsidR="00F36A2A" w:rsidRPr="00F36A2A">
        <w:rPr>
          <w:rFonts w:ascii="Times New Roman" w:eastAsia="Times New Roman" w:hAnsi="Times New Roman" w:cs="Times New Roman"/>
          <w:i/>
          <w:iCs/>
          <w:color w:val="000000"/>
          <w:spacing w:val="1"/>
          <w:sz w:val="24"/>
          <w:szCs w:val="24"/>
        </w:rPr>
        <w:t>ic</w:t>
      </w:r>
      <w:r w:rsidR="00F36A2A" w:rsidRPr="00F36A2A">
        <w:rPr>
          <w:rFonts w:ascii="Times New Roman" w:eastAsia="Times New Roman" w:hAnsi="Times New Roman" w:cs="Times New Roman"/>
          <w:i/>
          <w:iCs/>
          <w:color w:val="000000"/>
          <w:spacing w:val="3"/>
          <w:sz w:val="24"/>
          <w:szCs w:val="24"/>
        </w:rPr>
        <w:t>a</w:t>
      </w:r>
      <w:r w:rsidR="00F36A2A" w:rsidRPr="00F36A2A">
        <w:rPr>
          <w:rFonts w:ascii="Times New Roman" w:eastAsia="Times New Roman" w:hAnsi="Times New Roman" w:cs="Times New Roman"/>
          <w:i/>
          <w:iCs/>
          <w:color w:val="000000"/>
          <w:sz w:val="24"/>
          <w:szCs w:val="24"/>
        </w:rPr>
        <w:t>l</w:t>
      </w:r>
      <w:r w:rsidR="00F36A2A" w:rsidRPr="00F36A2A">
        <w:rPr>
          <w:rFonts w:ascii="Times New Roman" w:eastAsia="Times New Roman" w:hAnsi="Times New Roman" w:cs="Times New Roman"/>
          <w:i/>
          <w:iCs/>
          <w:color w:val="000000"/>
          <w:spacing w:val="37"/>
          <w:sz w:val="24"/>
          <w:szCs w:val="24"/>
        </w:rPr>
        <w:t xml:space="preserve"> </w:t>
      </w:r>
      <w:r w:rsidR="00F36A2A" w:rsidRPr="00F36A2A">
        <w:rPr>
          <w:rFonts w:ascii="Times New Roman" w:eastAsia="Times New Roman" w:hAnsi="Times New Roman" w:cs="Times New Roman"/>
          <w:i/>
          <w:iCs/>
          <w:color w:val="000000"/>
          <w:spacing w:val="-5"/>
          <w:sz w:val="24"/>
          <w:szCs w:val="24"/>
        </w:rPr>
        <w:t>A</w:t>
      </w:r>
      <w:r w:rsidR="00F36A2A" w:rsidRPr="00F36A2A">
        <w:rPr>
          <w:rFonts w:ascii="Times New Roman" w:eastAsia="Times New Roman" w:hAnsi="Times New Roman" w:cs="Times New Roman"/>
          <w:i/>
          <w:iCs/>
          <w:color w:val="000000"/>
          <w:sz w:val="24"/>
          <w:szCs w:val="24"/>
        </w:rPr>
        <w:t>ppro</w:t>
      </w:r>
      <w:r w:rsidR="00F36A2A" w:rsidRPr="00F36A2A">
        <w:rPr>
          <w:rFonts w:ascii="Times New Roman" w:eastAsia="Times New Roman" w:hAnsi="Times New Roman" w:cs="Times New Roman"/>
          <w:i/>
          <w:iCs/>
          <w:color w:val="000000"/>
          <w:spacing w:val="-3"/>
          <w:sz w:val="24"/>
          <w:szCs w:val="24"/>
        </w:rPr>
        <w:t>v</w:t>
      </w:r>
      <w:r w:rsidR="00F36A2A" w:rsidRPr="00F36A2A">
        <w:rPr>
          <w:rFonts w:ascii="Times New Roman" w:eastAsia="Times New Roman" w:hAnsi="Times New Roman" w:cs="Times New Roman"/>
          <w:i/>
          <w:iCs/>
          <w:color w:val="000000"/>
          <w:sz w:val="24"/>
          <w:szCs w:val="24"/>
        </w:rPr>
        <w:t>al l</w:t>
      </w:r>
      <w:r w:rsidR="00F36A2A" w:rsidRPr="00F36A2A">
        <w:rPr>
          <w:rFonts w:ascii="Times New Roman" w:eastAsia="Times New Roman" w:hAnsi="Times New Roman" w:cs="Times New Roman"/>
          <w:i/>
          <w:iCs/>
          <w:color w:val="000000"/>
          <w:spacing w:val="1"/>
          <w:sz w:val="24"/>
          <w:szCs w:val="24"/>
        </w:rPr>
        <w:t>et</w:t>
      </w:r>
      <w:r w:rsidR="00F36A2A" w:rsidRPr="00F36A2A">
        <w:rPr>
          <w:rFonts w:ascii="Times New Roman" w:eastAsia="Times New Roman" w:hAnsi="Times New Roman" w:cs="Times New Roman"/>
          <w:i/>
          <w:iCs/>
          <w:color w:val="000000"/>
          <w:sz w:val="24"/>
          <w:szCs w:val="24"/>
        </w:rPr>
        <w:t>ter</w:t>
      </w:r>
      <w:r w:rsidR="00F36A2A" w:rsidRPr="00F36A2A">
        <w:rPr>
          <w:rFonts w:ascii="Times New Roman" w:eastAsia="Times New Roman" w:hAnsi="Times New Roman" w:cs="Times New Roman"/>
          <w:i/>
          <w:iCs/>
          <w:color w:val="000000"/>
          <w:spacing w:val="1"/>
          <w:sz w:val="24"/>
          <w:szCs w:val="24"/>
        </w:rPr>
        <w:t xml:space="preserve"> </w:t>
      </w:r>
      <w:proofErr w:type="spellStart"/>
      <w:r w:rsidR="00F36A2A" w:rsidRPr="00F36A2A">
        <w:rPr>
          <w:rFonts w:ascii="Times New Roman" w:eastAsia="Times New Roman" w:hAnsi="Times New Roman" w:cs="Times New Roman"/>
          <w:i/>
          <w:iCs/>
          <w:color w:val="000000"/>
          <w:spacing w:val="2"/>
          <w:sz w:val="24"/>
          <w:szCs w:val="24"/>
        </w:rPr>
        <w:t>e</w:t>
      </w:r>
      <w:r w:rsidR="00F36A2A" w:rsidRPr="00F36A2A">
        <w:rPr>
          <w:rFonts w:ascii="Times New Roman" w:eastAsia="Times New Roman" w:hAnsi="Times New Roman" w:cs="Times New Roman"/>
          <w:i/>
          <w:iCs/>
          <w:color w:val="000000"/>
          <w:spacing w:val="-2"/>
          <w:sz w:val="24"/>
          <w:szCs w:val="24"/>
        </w:rPr>
        <w:t>t</w:t>
      </w:r>
      <w:r w:rsidR="00F36A2A" w:rsidRPr="00F36A2A">
        <w:rPr>
          <w:rFonts w:ascii="Times New Roman" w:eastAsia="Times New Roman" w:hAnsi="Times New Roman" w:cs="Times New Roman"/>
          <w:i/>
          <w:iCs/>
          <w:color w:val="000000"/>
          <w:spacing w:val="1"/>
          <w:sz w:val="24"/>
          <w:szCs w:val="24"/>
        </w:rPr>
        <w:t>c</w:t>
      </w:r>
      <w:proofErr w:type="spellEnd"/>
      <w:r w:rsidR="00F36A2A" w:rsidRPr="00F36A2A">
        <w:rPr>
          <w:rFonts w:ascii="Times New Roman" w:eastAsia="Times New Roman" w:hAnsi="Times New Roman" w:cs="Times New Roman"/>
          <w:i/>
          <w:iCs/>
          <w:color w:val="000000"/>
          <w:sz w:val="24"/>
          <w:szCs w:val="24"/>
        </w:rPr>
        <w:t>)</w:t>
      </w:r>
      <w:r w:rsidR="00E64B51">
        <w:rPr>
          <w:rFonts w:ascii="Times New Roman" w:eastAsia="Times New Roman" w:hAnsi="Times New Roman" w:cs="Times New Roman"/>
          <w:i/>
          <w:iCs/>
          <w:color w:val="000000"/>
          <w:sz w:val="24"/>
          <w:szCs w:val="24"/>
        </w:rPr>
        <w:t xml:space="preserve">. </w:t>
      </w:r>
      <w:r w:rsidR="00F36A2A" w:rsidRPr="00F36A2A">
        <w:rPr>
          <w:rFonts w:ascii="Times New Roman" w:eastAsia="Times New Roman" w:hAnsi="Times New Roman" w:cs="Times New Roman"/>
          <w:i/>
          <w:iCs/>
          <w:color w:val="000000"/>
          <w:spacing w:val="-1"/>
          <w:sz w:val="24"/>
          <w:szCs w:val="24"/>
        </w:rPr>
        <w:t>S</w:t>
      </w:r>
      <w:r w:rsidR="00F36A2A" w:rsidRPr="00F36A2A">
        <w:rPr>
          <w:rFonts w:ascii="Times New Roman" w:eastAsia="Times New Roman" w:hAnsi="Times New Roman" w:cs="Times New Roman"/>
          <w:i/>
          <w:iCs/>
          <w:color w:val="000000"/>
          <w:sz w:val="24"/>
          <w:szCs w:val="24"/>
        </w:rPr>
        <w:t>hould be</w:t>
      </w:r>
      <w:r w:rsidR="00F36A2A" w:rsidRPr="00F36A2A">
        <w:rPr>
          <w:rFonts w:ascii="Times New Roman" w:eastAsia="Times New Roman" w:hAnsi="Times New Roman" w:cs="Times New Roman"/>
          <w:i/>
          <w:iCs/>
          <w:color w:val="000000"/>
          <w:spacing w:val="1"/>
          <w:sz w:val="24"/>
          <w:szCs w:val="24"/>
        </w:rPr>
        <w:t xml:space="preserve"> </w:t>
      </w:r>
      <w:r w:rsidR="00F36A2A" w:rsidRPr="00F36A2A">
        <w:rPr>
          <w:rFonts w:ascii="Times New Roman" w:eastAsia="Times New Roman" w:hAnsi="Times New Roman" w:cs="Times New Roman"/>
          <w:i/>
          <w:iCs/>
          <w:color w:val="000000"/>
          <w:sz w:val="24"/>
          <w:szCs w:val="24"/>
        </w:rPr>
        <w:t>nu</w:t>
      </w:r>
      <w:r w:rsidR="00F36A2A" w:rsidRPr="00F36A2A">
        <w:rPr>
          <w:rFonts w:ascii="Times New Roman" w:eastAsia="Times New Roman" w:hAnsi="Times New Roman" w:cs="Times New Roman"/>
          <w:i/>
          <w:iCs/>
          <w:color w:val="000000"/>
          <w:spacing w:val="1"/>
          <w:sz w:val="24"/>
          <w:szCs w:val="24"/>
        </w:rPr>
        <w:t>m</w:t>
      </w:r>
      <w:r w:rsidR="00F36A2A" w:rsidRPr="00F36A2A">
        <w:rPr>
          <w:rFonts w:ascii="Times New Roman" w:eastAsia="Times New Roman" w:hAnsi="Times New Roman" w:cs="Times New Roman"/>
          <w:i/>
          <w:iCs/>
          <w:color w:val="000000"/>
          <w:sz w:val="24"/>
          <w:szCs w:val="24"/>
        </w:rPr>
        <w:t>b</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r</w:t>
      </w:r>
      <w:r w:rsidR="00F36A2A" w:rsidRPr="00F36A2A">
        <w:rPr>
          <w:rFonts w:ascii="Times New Roman" w:eastAsia="Times New Roman" w:hAnsi="Times New Roman" w:cs="Times New Roman"/>
          <w:i/>
          <w:iCs/>
          <w:color w:val="000000"/>
          <w:spacing w:val="2"/>
          <w:sz w:val="24"/>
          <w:szCs w:val="24"/>
        </w:rPr>
        <w:t>e</w:t>
      </w:r>
      <w:r w:rsidR="00F36A2A" w:rsidRPr="00F36A2A">
        <w:rPr>
          <w:rFonts w:ascii="Times New Roman" w:eastAsia="Times New Roman" w:hAnsi="Times New Roman" w:cs="Times New Roman"/>
          <w:i/>
          <w:iCs/>
          <w:color w:val="000000"/>
          <w:sz w:val="24"/>
          <w:szCs w:val="24"/>
        </w:rPr>
        <w:t>d seq</w:t>
      </w:r>
      <w:r w:rsidR="00F36A2A" w:rsidRPr="00F36A2A">
        <w:rPr>
          <w:rFonts w:ascii="Times New Roman" w:eastAsia="Times New Roman" w:hAnsi="Times New Roman" w:cs="Times New Roman"/>
          <w:i/>
          <w:iCs/>
          <w:color w:val="000000"/>
          <w:spacing w:val="-2"/>
          <w:sz w:val="24"/>
          <w:szCs w:val="24"/>
        </w:rPr>
        <w:t>u</w:t>
      </w:r>
      <w:r w:rsidR="00F36A2A" w:rsidRPr="00F36A2A">
        <w:rPr>
          <w:rFonts w:ascii="Times New Roman" w:eastAsia="Times New Roman" w:hAnsi="Times New Roman" w:cs="Times New Roman"/>
          <w:i/>
          <w:iCs/>
          <w:color w:val="000000"/>
          <w:sz w:val="24"/>
          <w:szCs w:val="24"/>
        </w:rPr>
        <w:t>entially</w:t>
      </w:r>
      <w:r w:rsidR="00F36A2A" w:rsidRPr="00F36A2A">
        <w:rPr>
          <w:rFonts w:ascii="Times New Roman" w:eastAsia="Times New Roman" w:hAnsi="Times New Roman" w:cs="Times New Roman"/>
          <w:i/>
          <w:iCs/>
          <w:color w:val="000000"/>
          <w:spacing w:val="-7"/>
          <w:sz w:val="24"/>
          <w:szCs w:val="24"/>
        </w:rPr>
        <w:t xml:space="preserve"> </w:t>
      </w:r>
      <w:r w:rsidR="00F36A2A" w:rsidRPr="00F36A2A">
        <w:rPr>
          <w:rFonts w:ascii="Times New Roman" w:eastAsia="Times New Roman" w:hAnsi="Times New Roman" w:cs="Times New Roman"/>
          <w:i/>
          <w:iCs/>
          <w:color w:val="000000"/>
          <w:sz w:val="24"/>
          <w:szCs w:val="24"/>
        </w:rPr>
        <w:t>as th</w:t>
      </w:r>
      <w:r w:rsidR="00F36A2A" w:rsidRPr="00F36A2A">
        <w:rPr>
          <w:rFonts w:ascii="Times New Roman" w:eastAsia="Times New Roman" w:hAnsi="Times New Roman" w:cs="Times New Roman"/>
          <w:i/>
          <w:iCs/>
          <w:color w:val="000000"/>
          <w:spacing w:val="5"/>
          <w:sz w:val="24"/>
          <w:szCs w:val="24"/>
        </w:rPr>
        <w:t>e</w:t>
      </w:r>
      <w:r w:rsidR="00F36A2A" w:rsidRPr="00F36A2A">
        <w:rPr>
          <w:rFonts w:ascii="Times New Roman" w:eastAsia="Times New Roman" w:hAnsi="Times New Roman" w:cs="Times New Roman"/>
          <w:i/>
          <w:iCs/>
          <w:color w:val="000000"/>
          <w:sz w:val="24"/>
          <w:szCs w:val="24"/>
        </w:rPr>
        <w:t>y</w:t>
      </w:r>
      <w:r w:rsidR="00F36A2A" w:rsidRPr="00F36A2A">
        <w:rPr>
          <w:rFonts w:ascii="Times New Roman" w:eastAsia="Times New Roman" w:hAnsi="Times New Roman" w:cs="Times New Roman"/>
          <w:i/>
          <w:iCs/>
          <w:color w:val="000000"/>
          <w:spacing w:val="-3"/>
          <w:sz w:val="24"/>
          <w:szCs w:val="24"/>
        </w:rPr>
        <w:t xml:space="preserve"> </w:t>
      </w:r>
      <w:r w:rsidR="00F36A2A" w:rsidRPr="00F36A2A">
        <w:rPr>
          <w:rFonts w:ascii="Times New Roman" w:eastAsia="Times New Roman" w:hAnsi="Times New Roman" w:cs="Times New Roman"/>
          <w:i/>
          <w:iCs/>
          <w:color w:val="000000"/>
          <w:sz w:val="24"/>
          <w:szCs w:val="24"/>
        </w:rPr>
        <w:t>app</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pacing w:val="2"/>
          <w:sz w:val="24"/>
          <w:szCs w:val="24"/>
        </w:rPr>
        <w:t>a</w:t>
      </w:r>
      <w:r w:rsidR="00F36A2A" w:rsidRPr="00F36A2A">
        <w:rPr>
          <w:rFonts w:ascii="Times New Roman" w:eastAsia="Times New Roman" w:hAnsi="Times New Roman" w:cs="Times New Roman"/>
          <w:i/>
          <w:iCs/>
          <w:color w:val="000000"/>
          <w:sz w:val="24"/>
          <w:szCs w:val="24"/>
        </w:rPr>
        <w:t xml:space="preserve">r </w:t>
      </w:r>
      <w:r w:rsidR="00F36A2A" w:rsidRPr="00F36A2A">
        <w:rPr>
          <w:rFonts w:ascii="Times New Roman" w:eastAsia="Times New Roman" w:hAnsi="Times New Roman" w:cs="Times New Roman"/>
          <w:i/>
          <w:iCs/>
          <w:color w:val="000000"/>
          <w:spacing w:val="1"/>
          <w:sz w:val="24"/>
          <w:szCs w:val="24"/>
        </w:rPr>
        <w:t>i</w:t>
      </w:r>
      <w:r w:rsidR="00F36A2A" w:rsidRPr="00F36A2A">
        <w:rPr>
          <w:rFonts w:ascii="Times New Roman" w:eastAsia="Times New Roman" w:hAnsi="Times New Roman" w:cs="Times New Roman"/>
          <w:i/>
          <w:iCs/>
          <w:color w:val="000000"/>
          <w:sz w:val="24"/>
          <w:szCs w:val="24"/>
        </w:rPr>
        <w:t>n</w:t>
      </w:r>
      <w:r w:rsidR="00F36A2A" w:rsidRPr="00F36A2A">
        <w:rPr>
          <w:rFonts w:ascii="Times New Roman" w:eastAsia="Times New Roman" w:hAnsi="Times New Roman" w:cs="Times New Roman"/>
          <w:i/>
          <w:iCs/>
          <w:color w:val="000000"/>
          <w:spacing w:val="-3"/>
          <w:sz w:val="24"/>
          <w:szCs w:val="24"/>
        </w:rPr>
        <w:t xml:space="preserve"> </w:t>
      </w:r>
      <w:r w:rsidR="00F36A2A" w:rsidRPr="00F36A2A">
        <w:rPr>
          <w:rFonts w:ascii="Times New Roman" w:eastAsia="Times New Roman" w:hAnsi="Times New Roman" w:cs="Times New Roman"/>
          <w:i/>
          <w:iCs/>
          <w:color w:val="000000"/>
          <w:sz w:val="24"/>
          <w:szCs w:val="24"/>
        </w:rPr>
        <w:t>the</w:t>
      </w:r>
      <w:r w:rsidR="00F36A2A" w:rsidRPr="00F36A2A">
        <w:rPr>
          <w:rFonts w:ascii="Times New Roman" w:eastAsia="Times New Roman" w:hAnsi="Times New Roman" w:cs="Times New Roman"/>
          <w:i/>
          <w:iCs/>
          <w:color w:val="000000"/>
          <w:spacing w:val="1"/>
          <w:sz w:val="24"/>
          <w:szCs w:val="24"/>
        </w:rPr>
        <w:t xml:space="preserve"> </w:t>
      </w:r>
      <w:r w:rsidR="00F36A2A" w:rsidRPr="00F36A2A">
        <w:rPr>
          <w:rFonts w:ascii="Times New Roman" w:eastAsia="Times New Roman" w:hAnsi="Times New Roman" w:cs="Times New Roman"/>
          <w:i/>
          <w:iCs/>
          <w:color w:val="000000"/>
          <w:spacing w:val="-2"/>
          <w:sz w:val="24"/>
          <w:szCs w:val="24"/>
        </w:rPr>
        <w:t>t</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xt</w:t>
      </w:r>
      <w:r w:rsidR="00F36A2A" w:rsidRPr="00F36A2A">
        <w:rPr>
          <w:rFonts w:ascii="Times New Roman" w:eastAsia="Times New Roman" w:hAnsi="Times New Roman" w:cs="Times New Roman"/>
          <w:i/>
          <w:iCs/>
          <w:color w:val="000000"/>
          <w:spacing w:val="1"/>
          <w:sz w:val="24"/>
          <w:szCs w:val="24"/>
        </w:rPr>
        <w:t xml:space="preserve"> </w:t>
      </w:r>
      <w:r w:rsidR="00F36A2A" w:rsidRPr="00F36A2A">
        <w:rPr>
          <w:rFonts w:ascii="Times New Roman" w:eastAsia="Times New Roman" w:hAnsi="Times New Roman" w:cs="Times New Roman"/>
          <w:i/>
          <w:iCs/>
          <w:color w:val="000000"/>
          <w:sz w:val="24"/>
          <w:szCs w:val="24"/>
        </w:rPr>
        <w:t>(</w:t>
      </w:r>
      <w:r w:rsidR="00F36A2A" w:rsidRPr="00F36A2A">
        <w:rPr>
          <w:rFonts w:ascii="Times New Roman" w:eastAsia="Times New Roman" w:hAnsi="Times New Roman" w:cs="Times New Roman"/>
          <w:i/>
          <w:iCs/>
          <w:color w:val="000000"/>
          <w:spacing w:val="-3"/>
          <w:sz w:val="24"/>
          <w:szCs w:val="24"/>
        </w:rPr>
        <w:t>A</w:t>
      </w:r>
      <w:r w:rsidR="00F36A2A" w:rsidRPr="00F36A2A">
        <w:rPr>
          <w:rFonts w:ascii="Times New Roman" w:eastAsia="Times New Roman" w:hAnsi="Times New Roman" w:cs="Times New Roman"/>
          <w:i/>
          <w:iCs/>
          <w:color w:val="000000"/>
          <w:spacing w:val="6"/>
          <w:sz w:val="24"/>
          <w:szCs w:val="24"/>
        </w:rPr>
        <w:t>p</w:t>
      </w:r>
      <w:r w:rsidR="00F36A2A" w:rsidRPr="00F36A2A">
        <w:rPr>
          <w:rFonts w:ascii="Times New Roman" w:eastAsia="Times New Roman" w:hAnsi="Times New Roman" w:cs="Times New Roman"/>
          <w:i/>
          <w:iCs/>
          <w:color w:val="000000"/>
          <w:sz w:val="24"/>
          <w:szCs w:val="24"/>
        </w:rPr>
        <w:t>p</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nd</w:t>
      </w:r>
      <w:r w:rsidR="00F36A2A" w:rsidRPr="00F36A2A">
        <w:rPr>
          <w:rFonts w:ascii="Times New Roman" w:eastAsia="Times New Roman" w:hAnsi="Times New Roman" w:cs="Times New Roman"/>
          <w:i/>
          <w:iCs/>
          <w:color w:val="000000"/>
          <w:spacing w:val="1"/>
          <w:sz w:val="24"/>
          <w:szCs w:val="24"/>
        </w:rPr>
        <w:t>i</w:t>
      </w:r>
      <w:r w:rsidR="00F36A2A" w:rsidRPr="00F36A2A">
        <w:rPr>
          <w:rFonts w:ascii="Times New Roman" w:eastAsia="Times New Roman" w:hAnsi="Times New Roman" w:cs="Times New Roman"/>
          <w:i/>
          <w:iCs/>
          <w:color w:val="000000"/>
          <w:sz w:val="24"/>
          <w:szCs w:val="24"/>
        </w:rPr>
        <w:t xml:space="preserve">x 1, </w:t>
      </w:r>
      <w:r w:rsidR="00F36A2A" w:rsidRPr="00F36A2A">
        <w:rPr>
          <w:rFonts w:ascii="Times New Roman" w:eastAsia="Times New Roman" w:hAnsi="Times New Roman" w:cs="Times New Roman"/>
          <w:i/>
          <w:iCs/>
          <w:color w:val="000000"/>
          <w:spacing w:val="-5"/>
          <w:sz w:val="24"/>
          <w:szCs w:val="24"/>
        </w:rPr>
        <w:t>A</w:t>
      </w:r>
      <w:r w:rsidR="00F36A2A" w:rsidRPr="00F36A2A">
        <w:rPr>
          <w:rFonts w:ascii="Times New Roman" w:eastAsia="Times New Roman" w:hAnsi="Times New Roman" w:cs="Times New Roman"/>
          <w:i/>
          <w:iCs/>
          <w:color w:val="000000"/>
          <w:sz w:val="24"/>
          <w:szCs w:val="24"/>
        </w:rPr>
        <w:t>pp</w:t>
      </w:r>
      <w:r w:rsidR="00F36A2A" w:rsidRPr="00F36A2A">
        <w:rPr>
          <w:rFonts w:ascii="Times New Roman" w:eastAsia="Times New Roman" w:hAnsi="Times New Roman" w:cs="Times New Roman"/>
          <w:i/>
          <w:iCs/>
          <w:color w:val="000000"/>
          <w:spacing w:val="1"/>
          <w:sz w:val="24"/>
          <w:szCs w:val="24"/>
        </w:rPr>
        <w:t>e</w:t>
      </w:r>
      <w:r w:rsidR="00F36A2A" w:rsidRPr="00F36A2A">
        <w:rPr>
          <w:rFonts w:ascii="Times New Roman" w:eastAsia="Times New Roman" w:hAnsi="Times New Roman" w:cs="Times New Roman"/>
          <w:i/>
          <w:iCs/>
          <w:color w:val="000000"/>
          <w:sz w:val="24"/>
          <w:szCs w:val="24"/>
        </w:rPr>
        <w:t>nd</w:t>
      </w:r>
      <w:r w:rsidR="00F36A2A" w:rsidRPr="00F36A2A">
        <w:rPr>
          <w:rFonts w:ascii="Times New Roman" w:eastAsia="Times New Roman" w:hAnsi="Times New Roman" w:cs="Times New Roman"/>
          <w:i/>
          <w:iCs/>
          <w:color w:val="000000"/>
          <w:spacing w:val="1"/>
          <w:sz w:val="24"/>
          <w:szCs w:val="24"/>
        </w:rPr>
        <w:t>i</w:t>
      </w:r>
      <w:r w:rsidR="00F36A2A" w:rsidRPr="00F36A2A">
        <w:rPr>
          <w:rFonts w:ascii="Times New Roman" w:eastAsia="Times New Roman" w:hAnsi="Times New Roman" w:cs="Times New Roman"/>
          <w:i/>
          <w:iCs/>
          <w:color w:val="000000"/>
          <w:sz w:val="24"/>
          <w:szCs w:val="24"/>
        </w:rPr>
        <w:t xml:space="preserve">x </w:t>
      </w:r>
      <w:r w:rsidR="00F36A2A" w:rsidRPr="00F36A2A">
        <w:rPr>
          <w:rFonts w:ascii="Times New Roman" w:eastAsia="Times New Roman" w:hAnsi="Times New Roman" w:cs="Times New Roman"/>
          <w:i/>
          <w:iCs/>
          <w:color w:val="000000"/>
          <w:sz w:val="24"/>
          <w:szCs w:val="24"/>
        </w:rPr>
        <w:t>2,)</w:t>
      </w:r>
    </w:p>
    <w:p w:rsidR="005433F2" w:rsidRDefault="005433F2" w:rsidP="00F36A2A"/>
    <w:p w:rsidR="0077224F" w:rsidRPr="00404D94" w:rsidRDefault="0077224F" w:rsidP="0077224F">
      <w:pPr>
        <w:rPr>
          <w:rFonts w:ascii="Times New Roman" w:hAnsi="Times New Roman" w:cs="Times New Roman"/>
          <w:b/>
          <w:bCs/>
          <w:sz w:val="24"/>
          <w:szCs w:val="24"/>
        </w:rPr>
      </w:pPr>
      <w:r w:rsidRPr="00404D94">
        <w:rPr>
          <w:rFonts w:ascii="Times New Roman" w:hAnsi="Times New Roman" w:cs="Times New Roman"/>
          <w:b/>
          <w:bCs/>
          <w:sz w:val="24"/>
          <w:szCs w:val="24"/>
        </w:rPr>
        <w:t>Submission:</w:t>
      </w:r>
    </w:p>
    <w:p w:rsidR="0077224F" w:rsidRPr="007878BB" w:rsidRDefault="0077224F" w:rsidP="0077224F">
      <w:pPr>
        <w:pStyle w:val="ListParagraph"/>
        <w:numPr>
          <w:ilvl w:val="0"/>
          <w:numId w:val="15"/>
        </w:numPr>
        <w:rPr>
          <w:rFonts w:ascii="Times New Roman" w:hAnsi="Times New Roman" w:cs="Times New Roman"/>
          <w:sz w:val="24"/>
          <w:szCs w:val="24"/>
        </w:rPr>
      </w:pPr>
      <w:r w:rsidRPr="007878BB">
        <w:rPr>
          <w:rFonts w:ascii="Times New Roman" w:hAnsi="Times New Roman" w:cs="Times New Roman"/>
          <w:sz w:val="24"/>
          <w:szCs w:val="24"/>
        </w:rPr>
        <w:t>Paper format submission.</w:t>
      </w:r>
    </w:p>
    <w:p w:rsidR="0077224F" w:rsidRDefault="0077224F" w:rsidP="0077224F">
      <w:pPr>
        <w:pStyle w:val="ListParagraph"/>
        <w:numPr>
          <w:ilvl w:val="0"/>
          <w:numId w:val="15"/>
        </w:numPr>
        <w:rPr>
          <w:rFonts w:ascii="Times New Roman" w:hAnsi="Times New Roman" w:cs="Times New Roman"/>
          <w:sz w:val="24"/>
          <w:szCs w:val="24"/>
        </w:rPr>
      </w:pPr>
      <w:r w:rsidRPr="007878BB">
        <w:rPr>
          <w:rFonts w:ascii="Times New Roman" w:hAnsi="Times New Roman" w:cs="Times New Roman"/>
          <w:sz w:val="24"/>
          <w:szCs w:val="24"/>
        </w:rPr>
        <w:t>Electronic submission on ICU DSPACE.</w:t>
      </w:r>
    </w:p>
    <w:p w:rsidR="0077224F" w:rsidRPr="007878BB" w:rsidRDefault="0077224F" w:rsidP="0077224F">
      <w:pPr>
        <w:pStyle w:val="ListParagraph"/>
        <w:numPr>
          <w:ilvl w:val="0"/>
          <w:numId w:val="15"/>
        </w:numPr>
        <w:rPr>
          <w:rFonts w:ascii="Times New Roman" w:hAnsi="Times New Roman" w:cs="Times New Roman"/>
          <w:sz w:val="24"/>
          <w:szCs w:val="24"/>
        </w:rPr>
      </w:pPr>
      <w:r w:rsidRPr="00314259">
        <w:rPr>
          <w:rFonts w:ascii="Times New Roman" w:hAnsi="Times New Roman" w:cs="Times New Roman"/>
          <w:sz w:val="24"/>
          <w:szCs w:val="24"/>
        </w:rPr>
        <w:t>All software must be hosted on the school server.</w:t>
      </w:r>
    </w:p>
    <w:p w:rsidR="0077224F" w:rsidRPr="00F36A2A" w:rsidRDefault="0077224F" w:rsidP="00F36A2A"/>
    <w:sectPr w:rsidR="0077224F" w:rsidRPr="00F36A2A"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61BA7" w:rsidRDefault="00061BA7" w:rsidP="00512E98">
      <w:pPr>
        <w:spacing w:after="0" w:line="240" w:lineRule="auto"/>
      </w:pPr>
      <w:r>
        <w:separator/>
      </w:r>
    </w:p>
  </w:endnote>
  <w:endnote w:type="continuationSeparator" w:id="0">
    <w:p w:rsidR="00061BA7" w:rsidRDefault="00061BA7" w:rsidP="00512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3147892"/>
      <w:docPartObj>
        <w:docPartGallery w:val="Page Numbers (Bottom of Page)"/>
        <w:docPartUnique/>
      </w:docPartObj>
    </w:sdtPr>
    <w:sdtEndPr>
      <w:rPr>
        <w:color w:val="7F7F7F" w:themeColor="background1" w:themeShade="7F"/>
        <w:spacing w:val="60"/>
      </w:rPr>
    </w:sdtEndPr>
    <w:sdtContent>
      <w:p w:rsidR="00512E98" w:rsidRDefault="00512E98">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rsidR="00512E98" w:rsidRDefault="00512E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61BA7" w:rsidRDefault="00061BA7" w:rsidP="00512E98">
      <w:pPr>
        <w:spacing w:after="0" w:line="240" w:lineRule="auto"/>
      </w:pPr>
      <w:r>
        <w:separator/>
      </w:r>
    </w:p>
  </w:footnote>
  <w:footnote w:type="continuationSeparator" w:id="0">
    <w:p w:rsidR="00061BA7" w:rsidRDefault="00061BA7" w:rsidP="00512E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62085A"/>
    <w:multiLevelType w:val="multilevel"/>
    <w:tmpl w:val="58BCBF0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1B33035"/>
    <w:multiLevelType w:val="hybridMultilevel"/>
    <w:tmpl w:val="52B670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0E4468F"/>
    <w:multiLevelType w:val="hybridMultilevel"/>
    <w:tmpl w:val="2A80C3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A14B50"/>
    <w:multiLevelType w:val="hybridMultilevel"/>
    <w:tmpl w:val="F70E72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7AA23A1"/>
    <w:multiLevelType w:val="multilevel"/>
    <w:tmpl w:val="134CD2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AAC7B4E"/>
    <w:multiLevelType w:val="multilevel"/>
    <w:tmpl w:val="5A2CB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9152088">
    <w:abstractNumId w:val="8"/>
  </w:num>
  <w:num w:numId="2" w16cid:durableId="582570524">
    <w:abstractNumId w:val="6"/>
  </w:num>
  <w:num w:numId="3" w16cid:durableId="1761563058">
    <w:abstractNumId w:val="5"/>
  </w:num>
  <w:num w:numId="4" w16cid:durableId="33818506">
    <w:abstractNumId w:val="4"/>
  </w:num>
  <w:num w:numId="5" w16cid:durableId="2042196499">
    <w:abstractNumId w:val="7"/>
  </w:num>
  <w:num w:numId="6" w16cid:durableId="739642033">
    <w:abstractNumId w:val="3"/>
  </w:num>
  <w:num w:numId="7" w16cid:durableId="299115632">
    <w:abstractNumId w:val="2"/>
  </w:num>
  <w:num w:numId="8" w16cid:durableId="465511875">
    <w:abstractNumId w:val="1"/>
  </w:num>
  <w:num w:numId="9" w16cid:durableId="1992639895">
    <w:abstractNumId w:val="0"/>
  </w:num>
  <w:num w:numId="10" w16cid:durableId="646128094">
    <w:abstractNumId w:val="13"/>
  </w:num>
  <w:num w:numId="11" w16cid:durableId="210773892">
    <w:abstractNumId w:val="14"/>
  </w:num>
  <w:num w:numId="12" w16cid:durableId="271284957">
    <w:abstractNumId w:val="12"/>
  </w:num>
  <w:num w:numId="13" w16cid:durableId="1453018180">
    <w:abstractNumId w:val="10"/>
  </w:num>
  <w:num w:numId="14" w16cid:durableId="278494600">
    <w:abstractNumId w:val="9"/>
  </w:num>
  <w:num w:numId="15" w16cid:durableId="176418645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61BA7"/>
    <w:rsid w:val="00076572"/>
    <w:rsid w:val="0015074B"/>
    <w:rsid w:val="0029639D"/>
    <w:rsid w:val="00326F90"/>
    <w:rsid w:val="00350822"/>
    <w:rsid w:val="00356B3C"/>
    <w:rsid w:val="003C06BD"/>
    <w:rsid w:val="005026CC"/>
    <w:rsid w:val="00512E98"/>
    <w:rsid w:val="005433F2"/>
    <w:rsid w:val="005958B9"/>
    <w:rsid w:val="0077224F"/>
    <w:rsid w:val="007E0FD9"/>
    <w:rsid w:val="00894CAB"/>
    <w:rsid w:val="008B7AD0"/>
    <w:rsid w:val="00A10934"/>
    <w:rsid w:val="00AA1D8D"/>
    <w:rsid w:val="00B2023E"/>
    <w:rsid w:val="00B47730"/>
    <w:rsid w:val="00CB0664"/>
    <w:rsid w:val="00E45C85"/>
    <w:rsid w:val="00E64B51"/>
    <w:rsid w:val="00EA7606"/>
    <w:rsid w:val="00F36A2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F05D23"/>
  <w14:defaultImageDpi w14:val="300"/>
  <w15:docId w15:val="{88C96CF6-E163-4804-B43E-16B434AFB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794955">
      <w:bodyDiv w:val="1"/>
      <w:marLeft w:val="0"/>
      <w:marRight w:val="0"/>
      <w:marTop w:val="0"/>
      <w:marBottom w:val="0"/>
      <w:divBdr>
        <w:top w:val="none" w:sz="0" w:space="0" w:color="auto"/>
        <w:left w:val="none" w:sz="0" w:space="0" w:color="auto"/>
        <w:bottom w:val="none" w:sz="0" w:space="0" w:color="auto"/>
        <w:right w:val="none" w:sz="0" w:space="0" w:color="auto"/>
      </w:divBdr>
    </w:div>
    <w:div w:id="426929235">
      <w:bodyDiv w:val="1"/>
      <w:marLeft w:val="0"/>
      <w:marRight w:val="0"/>
      <w:marTop w:val="0"/>
      <w:marBottom w:val="0"/>
      <w:divBdr>
        <w:top w:val="none" w:sz="0" w:space="0" w:color="auto"/>
        <w:left w:val="none" w:sz="0" w:space="0" w:color="auto"/>
        <w:bottom w:val="none" w:sz="0" w:space="0" w:color="auto"/>
        <w:right w:val="none" w:sz="0" w:space="0" w:color="auto"/>
      </w:divBdr>
    </w:div>
    <w:div w:id="462768793">
      <w:bodyDiv w:val="1"/>
      <w:marLeft w:val="0"/>
      <w:marRight w:val="0"/>
      <w:marTop w:val="0"/>
      <w:marBottom w:val="0"/>
      <w:divBdr>
        <w:top w:val="none" w:sz="0" w:space="0" w:color="auto"/>
        <w:left w:val="none" w:sz="0" w:space="0" w:color="auto"/>
        <w:bottom w:val="none" w:sz="0" w:space="0" w:color="auto"/>
        <w:right w:val="none" w:sz="0" w:space="0" w:color="auto"/>
      </w:divBdr>
    </w:div>
    <w:div w:id="476148517">
      <w:bodyDiv w:val="1"/>
      <w:marLeft w:val="0"/>
      <w:marRight w:val="0"/>
      <w:marTop w:val="0"/>
      <w:marBottom w:val="0"/>
      <w:divBdr>
        <w:top w:val="none" w:sz="0" w:space="0" w:color="auto"/>
        <w:left w:val="none" w:sz="0" w:space="0" w:color="auto"/>
        <w:bottom w:val="none" w:sz="0" w:space="0" w:color="auto"/>
        <w:right w:val="none" w:sz="0" w:space="0" w:color="auto"/>
      </w:divBdr>
    </w:div>
    <w:div w:id="611060993">
      <w:bodyDiv w:val="1"/>
      <w:marLeft w:val="0"/>
      <w:marRight w:val="0"/>
      <w:marTop w:val="0"/>
      <w:marBottom w:val="0"/>
      <w:divBdr>
        <w:top w:val="none" w:sz="0" w:space="0" w:color="auto"/>
        <w:left w:val="none" w:sz="0" w:space="0" w:color="auto"/>
        <w:bottom w:val="none" w:sz="0" w:space="0" w:color="auto"/>
        <w:right w:val="none" w:sz="0" w:space="0" w:color="auto"/>
      </w:divBdr>
    </w:div>
    <w:div w:id="676923682">
      <w:bodyDiv w:val="1"/>
      <w:marLeft w:val="0"/>
      <w:marRight w:val="0"/>
      <w:marTop w:val="0"/>
      <w:marBottom w:val="0"/>
      <w:divBdr>
        <w:top w:val="none" w:sz="0" w:space="0" w:color="auto"/>
        <w:left w:val="none" w:sz="0" w:space="0" w:color="auto"/>
        <w:bottom w:val="none" w:sz="0" w:space="0" w:color="auto"/>
        <w:right w:val="none" w:sz="0" w:space="0" w:color="auto"/>
      </w:divBdr>
    </w:div>
    <w:div w:id="1703357473">
      <w:bodyDiv w:val="1"/>
      <w:marLeft w:val="0"/>
      <w:marRight w:val="0"/>
      <w:marTop w:val="0"/>
      <w:marBottom w:val="0"/>
      <w:divBdr>
        <w:top w:val="none" w:sz="0" w:space="0" w:color="auto"/>
        <w:left w:val="none" w:sz="0" w:space="0" w:color="auto"/>
        <w:bottom w:val="none" w:sz="0" w:space="0" w:color="auto"/>
        <w:right w:val="none" w:sz="0" w:space="0" w:color="auto"/>
      </w:divBdr>
    </w:div>
    <w:div w:id="20689879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1311</Words>
  <Characters>7476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8770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moses mupeta</cp:lastModifiedBy>
  <cp:revision>3</cp:revision>
  <dcterms:created xsi:type="dcterms:W3CDTF">2025-02-06T19:25:00Z</dcterms:created>
  <dcterms:modified xsi:type="dcterms:W3CDTF">2025-02-06T19:34:00Z</dcterms:modified>
  <cp:category/>
</cp:coreProperties>
</file>